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A194A" w14:textId="27FFEE5B" w:rsidR="00496287" w:rsidRPr="00D124D8" w:rsidRDefault="00496287" w:rsidP="005C5A31">
      <w:pPr>
        <w:jc w:val="center"/>
        <w:rPr>
          <w:rStyle w:val="normaltextrun"/>
          <w:rFonts w:ascii="Arial" w:hAnsi="Arial" w:cs="Arial"/>
          <w:b/>
          <w:bCs/>
          <w:color w:val="7A003C"/>
          <w:sz w:val="24"/>
          <w:szCs w:val="24"/>
        </w:rPr>
      </w:pPr>
      <w:r w:rsidRPr="00D124D8">
        <w:rPr>
          <w:rStyle w:val="normaltextrun"/>
          <w:rFonts w:ascii="Arial" w:hAnsi="Arial" w:cs="Arial"/>
          <w:b/>
          <w:bCs/>
          <w:color w:val="7A003C"/>
          <w:sz w:val="24"/>
          <w:szCs w:val="24"/>
        </w:rPr>
        <w:t>International Fee Exemption</w:t>
      </w:r>
      <w:r w:rsidR="008E51EC" w:rsidRPr="00D124D8">
        <w:rPr>
          <w:rStyle w:val="normaltextrun"/>
          <w:rFonts w:ascii="Arial" w:hAnsi="Arial" w:cs="Arial"/>
          <w:b/>
          <w:bCs/>
          <w:color w:val="7A003C"/>
          <w:sz w:val="24"/>
          <w:szCs w:val="24"/>
        </w:rPr>
        <w:t xml:space="preserve"> Application</w:t>
      </w:r>
    </w:p>
    <w:p w14:paraId="7ECB3196" w14:textId="77777777" w:rsidR="00496287" w:rsidRPr="00EC40F8" w:rsidRDefault="00496287" w:rsidP="00496287">
      <w:pPr>
        <w:spacing w:after="0" w:line="240" w:lineRule="auto"/>
        <w:jc w:val="center"/>
        <w:rPr>
          <w:rFonts w:ascii="Arial" w:hAnsi="Arial" w:cs="Arial"/>
          <w:b/>
        </w:rPr>
      </w:pPr>
    </w:p>
    <w:tbl>
      <w:tblPr>
        <w:tblStyle w:val="TableGrid"/>
        <w:tblW w:w="0" w:type="auto"/>
        <w:tblLook w:val="04A0" w:firstRow="1" w:lastRow="0" w:firstColumn="1" w:lastColumn="0" w:noHBand="0" w:noVBand="1"/>
      </w:tblPr>
      <w:tblGrid>
        <w:gridCol w:w="2405"/>
        <w:gridCol w:w="2674"/>
        <w:gridCol w:w="445"/>
        <w:gridCol w:w="4101"/>
      </w:tblGrid>
      <w:tr w:rsidR="0057298F" w:rsidRPr="00F760C4" w14:paraId="3A59CF82" w14:textId="77777777" w:rsidTr="0022473D">
        <w:tc>
          <w:tcPr>
            <w:tcW w:w="9625" w:type="dxa"/>
            <w:gridSpan w:val="4"/>
            <w:shd w:val="clear" w:color="auto" w:fill="F2F2F2" w:themeFill="background1" w:themeFillShade="F2"/>
          </w:tcPr>
          <w:p w14:paraId="5284819C" w14:textId="39F2927E" w:rsidR="0057298F" w:rsidRDefault="00495406" w:rsidP="00B00F55">
            <w:pPr>
              <w:shd w:val="clear" w:color="auto" w:fill="F2F2F2" w:themeFill="background1" w:themeFillShade="F2"/>
              <w:spacing w:line="276" w:lineRule="auto"/>
              <w:rPr>
                <w:rFonts w:ascii="Arial" w:hAnsi="Arial" w:cs="Arial"/>
              </w:rPr>
            </w:pPr>
            <w:r w:rsidRPr="00496287">
              <w:rPr>
                <w:rFonts w:ascii="Arial" w:hAnsi="Arial" w:cs="Arial"/>
                <w:b/>
                <w:bCs/>
              </w:rPr>
              <w:t>Instructions</w:t>
            </w:r>
            <w:r w:rsidRPr="00F760C4">
              <w:rPr>
                <w:rFonts w:ascii="Arial" w:hAnsi="Arial" w:cs="Arial"/>
              </w:rPr>
              <w:br/>
              <w:t>1. Complete and save this form to your computer. Digital signatures are accepted.</w:t>
            </w:r>
            <w:r w:rsidRPr="00F760C4">
              <w:rPr>
                <w:rFonts w:ascii="Arial" w:hAnsi="Arial" w:cs="Arial"/>
              </w:rPr>
              <w:br/>
              <w:t xml:space="preserve">2. Log </w:t>
            </w:r>
            <w:r w:rsidR="00496287" w:rsidRPr="00F760C4">
              <w:rPr>
                <w:rFonts w:ascii="Arial" w:hAnsi="Arial" w:cs="Arial"/>
              </w:rPr>
              <w:t>into</w:t>
            </w:r>
            <w:r w:rsidRPr="00F760C4">
              <w:rPr>
                <w:rFonts w:ascii="Arial" w:hAnsi="Arial" w:cs="Arial"/>
              </w:rPr>
              <w:t xml:space="preserve"> Mosaic Student Centre and create a Service Request.</w:t>
            </w:r>
            <w:r w:rsidRPr="00F760C4">
              <w:rPr>
                <w:rFonts w:ascii="Arial" w:hAnsi="Arial" w:cs="Arial"/>
              </w:rPr>
              <w:br/>
              <w:t>3. Attach this form and</w:t>
            </w:r>
            <w:r w:rsidR="00496287">
              <w:rPr>
                <w:rFonts w:ascii="Arial" w:hAnsi="Arial" w:cs="Arial"/>
              </w:rPr>
              <w:t xml:space="preserve"> </w:t>
            </w:r>
            <w:r w:rsidR="00496287" w:rsidRPr="00496287">
              <w:rPr>
                <w:rFonts w:ascii="Arial" w:hAnsi="Arial" w:cs="Arial"/>
                <w:u w:val="single"/>
              </w:rPr>
              <w:t>all</w:t>
            </w:r>
            <w:r w:rsidRPr="00F760C4">
              <w:rPr>
                <w:rFonts w:ascii="Arial" w:hAnsi="Arial" w:cs="Arial"/>
              </w:rPr>
              <w:t xml:space="preserve"> supporting documents.</w:t>
            </w:r>
            <w:r w:rsidRPr="00F760C4">
              <w:rPr>
                <w:rFonts w:ascii="Arial" w:hAnsi="Arial" w:cs="Arial"/>
              </w:rPr>
              <w:br/>
              <w:t xml:space="preserve">4. Monitor updates through </w:t>
            </w:r>
            <w:r w:rsidR="00496287">
              <w:rPr>
                <w:rFonts w:ascii="Arial" w:hAnsi="Arial" w:cs="Arial"/>
              </w:rPr>
              <w:t xml:space="preserve">Mosaic </w:t>
            </w:r>
            <w:r w:rsidRPr="00F760C4">
              <w:rPr>
                <w:rFonts w:ascii="Arial" w:hAnsi="Arial" w:cs="Arial"/>
              </w:rPr>
              <w:t>Service Requests.</w:t>
            </w:r>
            <w:r w:rsidRPr="00F760C4">
              <w:rPr>
                <w:rFonts w:ascii="Arial" w:hAnsi="Arial" w:cs="Arial"/>
              </w:rPr>
              <w:br/>
              <w:t xml:space="preserve">5. For your own citizenship update, complete a </w:t>
            </w:r>
            <w:hyperlink r:id="rId11" w:history="1">
              <w:r w:rsidR="0057298F" w:rsidRPr="00190D24">
                <w:rPr>
                  <w:rStyle w:val="Hyperlink"/>
                  <w:rFonts w:ascii="Arial" w:hAnsi="Arial" w:cs="Arial"/>
                </w:rPr>
                <w:t>Citizenship Status Update</w:t>
              </w:r>
            </w:hyperlink>
            <w:r w:rsidRPr="00F760C4">
              <w:rPr>
                <w:rFonts w:ascii="Arial" w:hAnsi="Arial" w:cs="Arial"/>
              </w:rPr>
              <w:t xml:space="preserve"> Request.</w:t>
            </w:r>
          </w:p>
          <w:p w14:paraId="47484352" w14:textId="3459E8C0" w:rsidR="00496287" w:rsidRPr="00F760C4" w:rsidRDefault="00496287">
            <w:pPr>
              <w:rPr>
                <w:rFonts w:ascii="Arial" w:hAnsi="Arial" w:cs="Arial"/>
              </w:rPr>
            </w:pPr>
          </w:p>
        </w:tc>
      </w:tr>
      <w:tr w:rsidR="0057298F" w:rsidRPr="00F760C4" w14:paraId="6DED2145" w14:textId="77777777" w:rsidTr="0022473D">
        <w:tc>
          <w:tcPr>
            <w:tcW w:w="5079" w:type="dxa"/>
            <w:gridSpan w:val="2"/>
          </w:tcPr>
          <w:p w14:paraId="3D0973B8" w14:textId="77777777" w:rsidR="0057298F" w:rsidRPr="00190D24" w:rsidRDefault="00495406">
            <w:pPr>
              <w:rPr>
                <w:rFonts w:ascii="Arial" w:hAnsi="Arial" w:cs="Arial"/>
                <w:b/>
                <w:bCs/>
              </w:rPr>
            </w:pPr>
            <w:r w:rsidRPr="00190D24">
              <w:rPr>
                <w:rFonts w:ascii="Arial" w:hAnsi="Arial" w:cs="Arial"/>
                <w:b/>
                <w:bCs/>
              </w:rPr>
              <w:t>Student Name</w:t>
            </w:r>
            <w:r w:rsidRPr="00190D24">
              <w:rPr>
                <w:rFonts w:ascii="Arial" w:hAnsi="Arial" w:cs="Arial"/>
                <w:b/>
                <w:bCs/>
              </w:rPr>
              <w:br/>
            </w:r>
            <w:r w:rsidRPr="00190D24">
              <w:rPr>
                <w:rFonts w:ascii="Arial" w:hAnsi="Arial" w:cs="Arial"/>
                <w:b/>
                <w:bCs/>
              </w:rPr>
              <w:br/>
            </w:r>
          </w:p>
        </w:tc>
        <w:tc>
          <w:tcPr>
            <w:tcW w:w="4546" w:type="dxa"/>
            <w:gridSpan w:val="2"/>
          </w:tcPr>
          <w:p w14:paraId="70E6B497" w14:textId="77777777" w:rsidR="0057298F" w:rsidRPr="00190D24" w:rsidRDefault="00495406">
            <w:pPr>
              <w:rPr>
                <w:rFonts w:ascii="Arial" w:hAnsi="Arial" w:cs="Arial"/>
                <w:b/>
                <w:bCs/>
              </w:rPr>
            </w:pPr>
            <w:r w:rsidRPr="00190D24">
              <w:rPr>
                <w:rFonts w:ascii="Arial" w:hAnsi="Arial" w:cs="Arial"/>
                <w:b/>
                <w:bCs/>
              </w:rPr>
              <w:t>Student Number</w:t>
            </w:r>
            <w:r w:rsidRPr="00190D24">
              <w:rPr>
                <w:rFonts w:ascii="Arial" w:hAnsi="Arial" w:cs="Arial"/>
                <w:b/>
                <w:bCs/>
              </w:rPr>
              <w:br/>
            </w:r>
            <w:r w:rsidRPr="00190D24">
              <w:rPr>
                <w:rFonts w:ascii="Arial" w:hAnsi="Arial" w:cs="Arial"/>
                <w:b/>
                <w:bCs/>
              </w:rPr>
              <w:br/>
            </w:r>
          </w:p>
        </w:tc>
      </w:tr>
      <w:tr w:rsidR="0057298F" w:rsidRPr="00F760C4" w14:paraId="666B0630" w14:textId="77777777" w:rsidTr="0022473D">
        <w:tc>
          <w:tcPr>
            <w:tcW w:w="5079" w:type="dxa"/>
            <w:gridSpan w:val="2"/>
          </w:tcPr>
          <w:p w14:paraId="03CA40FF" w14:textId="77777777" w:rsidR="0057298F" w:rsidRPr="00190D24" w:rsidRDefault="00495406">
            <w:pPr>
              <w:rPr>
                <w:rFonts w:ascii="Arial" w:hAnsi="Arial" w:cs="Arial"/>
                <w:b/>
                <w:bCs/>
              </w:rPr>
            </w:pPr>
            <w:r w:rsidRPr="00190D24">
              <w:rPr>
                <w:rFonts w:ascii="Arial" w:hAnsi="Arial" w:cs="Arial"/>
                <w:b/>
                <w:bCs/>
              </w:rPr>
              <w:t>Email</w:t>
            </w:r>
            <w:r w:rsidRPr="00190D24">
              <w:rPr>
                <w:rFonts w:ascii="Arial" w:hAnsi="Arial" w:cs="Arial"/>
                <w:b/>
                <w:bCs/>
              </w:rPr>
              <w:br/>
            </w:r>
            <w:r w:rsidRPr="00190D24">
              <w:rPr>
                <w:rFonts w:ascii="Arial" w:hAnsi="Arial" w:cs="Arial"/>
                <w:b/>
                <w:bCs/>
              </w:rPr>
              <w:br/>
            </w:r>
          </w:p>
        </w:tc>
        <w:tc>
          <w:tcPr>
            <w:tcW w:w="4546" w:type="dxa"/>
            <w:gridSpan w:val="2"/>
          </w:tcPr>
          <w:p w14:paraId="69E95A6F" w14:textId="77777777" w:rsidR="0057298F" w:rsidRPr="00190D24" w:rsidRDefault="00495406">
            <w:pPr>
              <w:rPr>
                <w:rFonts w:ascii="Arial" w:hAnsi="Arial" w:cs="Arial"/>
                <w:b/>
                <w:bCs/>
              </w:rPr>
            </w:pPr>
            <w:r w:rsidRPr="00190D24">
              <w:rPr>
                <w:rFonts w:ascii="Arial" w:hAnsi="Arial" w:cs="Arial"/>
                <w:b/>
                <w:bCs/>
              </w:rPr>
              <w:t>Telephone Number</w:t>
            </w:r>
            <w:r w:rsidRPr="00190D24">
              <w:rPr>
                <w:rFonts w:ascii="Arial" w:hAnsi="Arial" w:cs="Arial"/>
                <w:b/>
                <w:bCs/>
              </w:rPr>
              <w:br/>
            </w:r>
            <w:r w:rsidRPr="00190D24">
              <w:rPr>
                <w:rFonts w:ascii="Arial" w:hAnsi="Arial" w:cs="Arial"/>
                <w:b/>
                <w:bCs/>
              </w:rPr>
              <w:br/>
            </w:r>
          </w:p>
        </w:tc>
      </w:tr>
      <w:tr w:rsidR="0057298F" w:rsidRPr="00F760C4" w14:paraId="7940B146" w14:textId="77777777" w:rsidTr="0022473D">
        <w:tc>
          <w:tcPr>
            <w:tcW w:w="9625" w:type="dxa"/>
            <w:gridSpan w:val="4"/>
          </w:tcPr>
          <w:p w14:paraId="016A3C49" w14:textId="77777777" w:rsidR="00405B3A" w:rsidRDefault="00405B3A">
            <w:pPr>
              <w:rPr>
                <w:rFonts w:ascii="Arial" w:hAnsi="Arial" w:cs="Arial"/>
                <w:b/>
                <w:bCs/>
              </w:rPr>
            </w:pPr>
          </w:p>
          <w:p w14:paraId="45F7E10E" w14:textId="2007420D" w:rsidR="00405B3A" w:rsidRDefault="00495406">
            <w:pPr>
              <w:rPr>
                <w:rFonts w:ascii="Arial" w:hAnsi="Arial" w:cs="Arial"/>
                <w:b/>
                <w:bCs/>
              </w:rPr>
            </w:pPr>
            <w:r w:rsidRPr="00405B3A">
              <w:rPr>
                <w:rFonts w:ascii="Arial" w:hAnsi="Arial" w:cs="Arial"/>
                <w:b/>
                <w:bCs/>
              </w:rPr>
              <w:t>Please select the option that best describes you</w:t>
            </w:r>
            <w:r w:rsidR="00405B3A">
              <w:rPr>
                <w:rFonts w:ascii="Arial" w:hAnsi="Arial" w:cs="Arial"/>
                <w:b/>
                <w:bCs/>
              </w:rPr>
              <w:t>r basis of eligibility</w:t>
            </w:r>
            <w:r w:rsidRPr="00405B3A">
              <w:rPr>
                <w:rFonts w:ascii="Arial" w:hAnsi="Arial" w:cs="Arial"/>
                <w:b/>
                <w:bCs/>
              </w:rPr>
              <w:t>:</w:t>
            </w:r>
          </w:p>
          <w:p w14:paraId="1187EB87" w14:textId="46888F9F" w:rsidR="00F11A0A" w:rsidRDefault="00495406">
            <w:pPr>
              <w:rPr>
                <w:rFonts w:ascii="Arial" w:hAnsi="Arial" w:cs="Arial"/>
              </w:rPr>
            </w:pPr>
            <w:r w:rsidRPr="00F760C4">
              <w:rPr>
                <w:rFonts w:ascii="Arial" w:hAnsi="Arial" w:cs="Arial"/>
              </w:rPr>
              <w:br/>
            </w:r>
            <w:sdt>
              <w:sdtPr>
                <w:rPr>
                  <w:rFonts w:ascii="Arial" w:hAnsi="Arial" w:cs="Arial"/>
                </w:rPr>
                <w:id w:val="-1906362383"/>
                <w14:checkbox>
                  <w14:checked w14:val="0"/>
                  <w14:checkedState w14:val="2612" w14:font="MS Gothic"/>
                  <w14:uncheckedState w14:val="2610" w14:font="MS Gothic"/>
                </w14:checkbox>
              </w:sdtPr>
              <w:sdtEndPr/>
              <w:sdtContent>
                <w:r w:rsidR="00F11A0A">
                  <w:rPr>
                    <w:rFonts w:ascii="MS Gothic" w:eastAsia="MS Gothic" w:hAnsi="MS Gothic" w:cs="Arial" w:hint="eastAsia"/>
                  </w:rPr>
                  <w:t>☐</w:t>
                </w:r>
              </w:sdtContent>
            </w:sdt>
            <w:r w:rsidR="00F11A0A">
              <w:rPr>
                <w:rFonts w:ascii="Arial" w:hAnsi="Arial" w:cs="Arial"/>
              </w:rPr>
              <w:t xml:space="preserve"> </w:t>
            </w:r>
            <w:r w:rsidRPr="00F760C4">
              <w:rPr>
                <w:rFonts w:ascii="Arial" w:hAnsi="Arial" w:cs="Arial"/>
              </w:rPr>
              <w:t>Dependent of Canadian Citizens / First Nations Peoples</w:t>
            </w:r>
          </w:p>
          <w:p w14:paraId="42DA8E00" w14:textId="56DFE8E4" w:rsidR="0057298F" w:rsidRDefault="0047064A">
            <w:pPr>
              <w:rPr>
                <w:rFonts w:ascii="Arial" w:hAnsi="Arial" w:cs="Arial"/>
              </w:rPr>
            </w:pPr>
            <w:sdt>
              <w:sdtPr>
                <w:rPr>
                  <w:rFonts w:ascii="Arial" w:hAnsi="Arial" w:cs="Arial"/>
                </w:rPr>
                <w:id w:val="-996802933"/>
                <w14:checkbox>
                  <w14:checked w14:val="0"/>
                  <w14:checkedState w14:val="2612" w14:font="MS Gothic"/>
                  <w14:uncheckedState w14:val="2610" w14:font="MS Gothic"/>
                </w14:checkbox>
              </w:sdtPr>
              <w:sdtEndPr/>
              <w:sdtContent>
                <w:r w:rsidR="00BD1128">
                  <w:rPr>
                    <w:rFonts w:ascii="MS Gothic" w:eastAsia="MS Gothic" w:hAnsi="MS Gothic" w:cs="Arial" w:hint="eastAsia"/>
                  </w:rPr>
                  <w:t>☐</w:t>
                </w:r>
              </w:sdtContent>
            </w:sdt>
            <w:r w:rsidR="00F11A0A" w:rsidRPr="00F760C4">
              <w:rPr>
                <w:rFonts w:ascii="Arial" w:hAnsi="Arial" w:cs="Arial"/>
              </w:rPr>
              <w:t xml:space="preserve"> Dependent of Permanent Residents</w:t>
            </w:r>
            <w:r w:rsidR="00F11A0A" w:rsidRPr="00F760C4">
              <w:rPr>
                <w:rFonts w:ascii="Arial" w:hAnsi="Arial" w:cs="Arial"/>
              </w:rPr>
              <w:br/>
            </w:r>
            <w:sdt>
              <w:sdtPr>
                <w:rPr>
                  <w:rFonts w:ascii="Arial" w:hAnsi="Arial" w:cs="Arial"/>
                </w:rPr>
                <w:id w:val="1838412375"/>
                <w14:checkbox>
                  <w14:checked w14:val="0"/>
                  <w14:checkedState w14:val="2612" w14:font="MS Gothic"/>
                  <w14:uncheckedState w14:val="2610" w14:font="MS Gothic"/>
                </w14:checkbox>
              </w:sdtPr>
              <w:sdtEndPr/>
              <w:sdtContent>
                <w:r w:rsidR="00F11A0A">
                  <w:rPr>
                    <w:rFonts w:ascii="MS Gothic" w:eastAsia="MS Gothic" w:hAnsi="MS Gothic" w:cs="Arial" w:hint="eastAsia"/>
                  </w:rPr>
                  <w:t>☐</w:t>
                </w:r>
              </w:sdtContent>
            </w:sdt>
            <w:r w:rsidR="00F11A0A" w:rsidRPr="00F760C4">
              <w:rPr>
                <w:rFonts w:ascii="Arial" w:hAnsi="Arial" w:cs="Arial"/>
              </w:rPr>
              <w:t xml:space="preserve"> A visitor with a work permit or their dependent</w:t>
            </w:r>
            <w:r w:rsidR="0022473D">
              <w:rPr>
                <w:rFonts w:ascii="Arial" w:hAnsi="Arial" w:cs="Arial"/>
              </w:rPr>
              <w:t>s</w:t>
            </w:r>
            <w:r w:rsidR="00F11A0A" w:rsidRPr="00F760C4">
              <w:rPr>
                <w:rFonts w:ascii="Arial" w:hAnsi="Arial" w:cs="Arial"/>
              </w:rPr>
              <w:br/>
            </w:r>
            <w:sdt>
              <w:sdtPr>
                <w:rPr>
                  <w:rFonts w:ascii="Arial" w:hAnsi="Arial" w:cs="Arial"/>
                </w:rPr>
                <w:id w:val="-1922173546"/>
                <w14:checkbox>
                  <w14:checked w14:val="0"/>
                  <w14:checkedState w14:val="2612" w14:font="MS Gothic"/>
                  <w14:uncheckedState w14:val="2610" w14:font="MS Gothic"/>
                </w14:checkbox>
              </w:sdtPr>
              <w:sdtEndPr/>
              <w:sdtContent>
                <w:r w:rsidR="006756AE">
                  <w:rPr>
                    <w:rFonts w:ascii="MS Gothic" w:eastAsia="MS Gothic" w:hAnsi="MS Gothic" w:cs="Arial" w:hint="eastAsia"/>
                  </w:rPr>
                  <w:t>☐</w:t>
                </w:r>
              </w:sdtContent>
            </w:sdt>
            <w:r w:rsidR="00F11A0A">
              <w:rPr>
                <w:rFonts w:ascii="Arial" w:hAnsi="Arial" w:cs="Arial"/>
              </w:rPr>
              <w:t xml:space="preserve"> </w:t>
            </w:r>
            <w:r w:rsidR="00F11A0A" w:rsidRPr="00F760C4">
              <w:rPr>
                <w:rFonts w:ascii="Arial" w:hAnsi="Arial" w:cs="Arial"/>
              </w:rPr>
              <w:t>A visitor with diplomatic status or their dependent</w:t>
            </w:r>
            <w:r w:rsidR="0022473D">
              <w:rPr>
                <w:rFonts w:ascii="Arial" w:hAnsi="Arial" w:cs="Arial"/>
              </w:rPr>
              <w:t>s</w:t>
            </w:r>
            <w:r w:rsidR="00F11A0A" w:rsidRPr="00F760C4">
              <w:rPr>
                <w:rFonts w:ascii="Arial" w:hAnsi="Arial" w:cs="Arial"/>
              </w:rPr>
              <w:br/>
            </w:r>
            <w:sdt>
              <w:sdtPr>
                <w:rPr>
                  <w:rFonts w:ascii="Arial" w:hAnsi="Arial" w:cs="Arial"/>
                </w:rPr>
                <w:id w:val="-362059980"/>
                <w14:checkbox>
                  <w14:checked w14:val="0"/>
                  <w14:checkedState w14:val="2612" w14:font="MS Gothic"/>
                  <w14:uncheckedState w14:val="2610" w14:font="MS Gothic"/>
                </w14:checkbox>
              </w:sdtPr>
              <w:sdtEndPr/>
              <w:sdtContent>
                <w:r w:rsidR="00F11A0A">
                  <w:rPr>
                    <w:rFonts w:ascii="MS Gothic" w:eastAsia="MS Gothic" w:hAnsi="MS Gothic" w:cs="Arial" w:hint="eastAsia"/>
                  </w:rPr>
                  <w:t>☐</w:t>
                </w:r>
              </w:sdtContent>
            </w:sdt>
            <w:r w:rsidR="00F11A0A" w:rsidRPr="00F760C4">
              <w:rPr>
                <w:rFonts w:ascii="Arial" w:hAnsi="Arial" w:cs="Arial"/>
              </w:rPr>
              <w:t xml:space="preserve"> Religious workers (work permit exempt) or their dependent</w:t>
            </w:r>
            <w:r w:rsidR="0022473D">
              <w:rPr>
                <w:rFonts w:ascii="Arial" w:hAnsi="Arial" w:cs="Arial"/>
              </w:rPr>
              <w:t>s</w:t>
            </w:r>
            <w:r w:rsidR="00F11A0A" w:rsidRPr="00F760C4">
              <w:rPr>
                <w:rFonts w:ascii="Arial" w:hAnsi="Arial" w:cs="Arial"/>
              </w:rPr>
              <w:br/>
            </w:r>
            <w:sdt>
              <w:sdtPr>
                <w:rPr>
                  <w:rFonts w:ascii="Arial" w:hAnsi="Arial" w:cs="Arial"/>
                </w:rPr>
                <w:id w:val="1657960343"/>
                <w14:checkbox>
                  <w14:checked w14:val="0"/>
                  <w14:checkedState w14:val="2612" w14:font="MS Gothic"/>
                  <w14:uncheckedState w14:val="2610" w14:font="MS Gothic"/>
                </w14:checkbox>
              </w:sdtPr>
              <w:sdtEndPr/>
              <w:sdtContent>
                <w:r w:rsidR="00F11A0A">
                  <w:rPr>
                    <w:rFonts w:ascii="MS Gothic" w:eastAsia="MS Gothic" w:hAnsi="MS Gothic" w:cs="Arial" w:hint="eastAsia"/>
                  </w:rPr>
                  <w:t>☐</w:t>
                </w:r>
              </w:sdtContent>
            </w:sdt>
            <w:r w:rsidR="00F11A0A" w:rsidRPr="00F760C4">
              <w:rPr>
                <w:rFonts w:ascii="Arial" w:hAnsi="Arial" w:cs="Arial"/>
              </w:rPr>
              <w:t xml:space="preserve"> Convention Refugees (Protected Persons)</w:t>
            </w:r>
            <w:r w:rsidR="0022473D">
              <w:rPr>
                <w:rFonts w:ascii="Arial" w:hAnsi="Arial" w:cs="Arial"/>
              </w:rPr>
              <w:t xml:space="preserve"> or their dependents</w:t>
            </w:r>
            <w:r w:rsidR="00F11A0A" w:rsidRPr="00F760C4">
              <w:rPr>
                <w:rFonts w:ascii="Arial" w:hAnsi="Arial" w:cs="Arial"/>
              </w:rPr>
              <w:br/>
            </w:r>
            <w:r w:rsidR="00F11A0A" w:rsidRPr="00F760C4">
              <w:rPr>
                <w:rFonts w:ascii="Arial" w:hAnsi="Arial" w:cs="Arial"/>
              </w:rPr>
              <w:br/>
              <w:t>A</w:t>
            </w:r>
            <w:r w:rsidR="00F11A0A">
              <w:rPr>
                <w:rFonts w:ascii="Arial" w:hAnsi="Arial" w:cs="Arial"/>
              </w:rPr>
              <w:t>ny a</w:t>
            </w:r>
            <w:r w:rsidR="00F11A0A" w:rsidRPr="00F760C4">
              <w:rPr>
                <w:rFonts w:ascii="Arial" w:hAnsi="Arial" w:cs="Arial"/>
              </w:rPr>
              <w:t xml:space="preserve">dditional </w:t>
            </w:r>
            <w:r w:rsidR="00F11A0A">
              <w:rPr>
                <w:rFonts w:ascii="Arial" w:hAnsi="Arial" w:cs="Arial"/>
              </w:rPr>
              <w:t>i</w:t>
            </w:r>
            <w:r w:rsidR="00F11A0A" w:rsidRPr="00F760C4">
              <w:rPr>
                <w:rFonts w:ascii="Arial" w:hAnsi="Arial" w:cs="Arial"/>
              </w:rPr>
              <w:t>nformation:</w:t>
            </w:r>
            <w:r w:rsidR="00F11A0A" w:rsidRPr="00F760C4">
              <w:rPr>
                <w:rFonts w:ascii="Arial" w:hAnsi="Arial" w:cs="Arial"/>
              </w:rPr>
              <w:br/>
            </w:r>
            <w:r w:rsidR="00F11A0A" w:rsidRPr="00F760C4">
              <w:rPr>
                <w:rFonts w:ascii="Arial" w:hAnsi="Arial" w:cs="Arial"/>
              </w:rPr>
              <w:br/>
            </w:r>
          </w:p>
          <w:p w14:paraId="7DFBE0DE" w14:textId="34454DF9" w:rsidR="00B74DA2" w:rsidRPr="00F760C4" w:rsidRDefault="00B74DA2">
            <w:pPr>
              <w:rPr>
                <w:rFonts w:ascii="Arial" w:hAnsi="Arial" w:cs="Arial"/>
              </w:rPr>
            </w:pPr>
          </w:p>
        </w:tc>
      </w:tr>
      <w:tr w:rsidR="0057298F" w:rsidRPr="00F760C4" w14:paraId="768729C7" w14:textId="77777777" w:rsidTr="0022473D">
        <w:tc>
          <w:tcPr>
            <w:tcW w:w="2405" w:type="dxa"/>
            <w:shd w:val="clear" w:color="auto" w:fill="F2F2F2" w:themeFill="background1" w:themeFillShade="F2"/>
          </w:tcPr>
          <w:p w14:paraId="4A59C719" w14:textId="77777777" w:rsidR="0057298F" w:rsidRPr="00F760C4" w:rsidRDefault="557FA7DC" w:rsidP="557FA7DC">
            <w:pPr>
              <w:rPr>
                <w:rFonts w:ascii="Arial" w:hAnsi="Arial" w:cs="Arial"/>
                <w:b/>
                <w:bCs/>
              </w:rPr>
            </w:pPr>
            <w:r w:rsidRPr="00F760C4">
              <w:rPr>
                <w:rFonts w:ascii="Arial" w:hAnsi="Arial" w:cs="Arial"/>
                <w:b/>
                <w:bCs/>
              </w:rPr>
              <w:t>International Exemption Category</w:t>
            </w:r>
          </w:p>
        </w:tc>
        <w:tc>
          <w:tcPr>
            <w:tcW w:w="3119" w:type="dxa"/>
            <w:gridSpan w:val="2"/>
            <w:shd w:val="clear" w:color="auto" w:fill="F2F2F2" w:themeFill="background1" w:themeFillShade="F2"/>
          </w:tcPr>
          <w:p w14:paraId="7C1BB8E7" w14:textId="77777777" w:rsidR="0057298F" w:rsidRPr="00F760C4" w:rsidRDefault="557FA7DC" w:rsidP="557FA7DC">
            <w:pPr>
              <w:rPr>
                <w:rFonts w:ascii="Arial" w:hAnsi="Arial" w:cs="Arial"/>
                <w:b/>
                <w:bCs/>
              </w:rPr>
            </w:pPr>
            <w:r w:rsidRPr="00F760C4">
              <w:rPr>
                <w:rFonts w:ascii="Arial" w:hAnsi="Arial" w:cs="Arial"/>
                <w:b/>
                <w:bCs/>
              </w:rPr>
              <w:t>Documentation from student</w:t>
            </w:r>
          </w:p>
        </w:tc>
        <w:tc>
          <w:tcPr>
            <w:tcW w:w="4101" w:type="dxa"/>
            <w:shd w:val="clear" w:color="auto" w:fill="F2F2F2" w:themeFill="background1" w:themeFillShade="F2"/>
          </w:tcPr>
          <w:p w14:paraId="0459E446" w14:textId="77777777" w:rsidR="0057298F" w:rsidRPr="00F760C4" w:rsidRDefault="557FA7DC" w:rsidP="557FA7DC">
            <w:pPr>
              <w:rPr>
                <w:rFonts w:ascii="Arial" w:hAnsi="Arial" w:cs="Arial"/>
                <w:b/>
                <w:bCs/>
              </w:rPr>
            </w:pPr>
            <w:r w:rsidRPr="00F760C4">
              <w:rPr>
                <w:rFonts w:ascii="Arial" w:hAnsi="Arial" w:cs="Arial"/>
                <w:b/>
                <w:bCs/>
              </w:rPr>
              <w:t>Documentation from parent, spouse or common-law partner (when applicable)</w:t>
            </w:r>
          </w:p>
        </w:tc>
      </w:tr>
      <w:tr w:rsidR="0057298F" w:rsidRPr="00F760C4" w14:paraId="504E41F8" w14:textId="77777777" w:rsidTr="0022473D">
        <w:tc>
          <w:tcPr>
            <w:tcW w:w="2405" w:type="dxa"/>
          </w:tcPr>
          <w:p w14:paraId="6C1041E4" w14:textId="77777777" w:rsidR="0057298F" w:rsidRPr="002F03A3" w:rsidRDefault="00495406">
            <w:pPr>
              <w:rPr>
                <w:rFonts w:ascii="Arial" w:hAnsi="Arial" w:cs="Arial"/>
                <w:b/>
                <w:bCs/>
              </w:rPr>
            </w:pPr>
            <w:r w:rsidRPr="002F03A3">
              <w:rPr>
                <w:rFonts w:ascii="Arial" w:hAnsi="Arial" w:cs="Arial"/>
                <w:b/>
                <w:bCs/>
              </w:rPr>
              <w:t>Dependents of Canadian Citizens / First Nations Peoples</w:t>
            </w:r>
          </w:p>
        </w:tc>
        <w:tc>
          <w:tcPr>
            <w:tcW w:w="3119" w:type="dxa"/>
            <w:gridSpan w:val="2"/>
          </w:tcPr>
          <w:p w14:paraId="57FEACF2" w14:textId="7117EE9D" w:rsidR="00AA718A" w:rsidRPr="00B80CF6" w:rsidRDefault="00F41832" w:rsidP="00AA718A">
            <w:pPr>
              <w:rPr>
                <w:rFonts w:ascii="Arial" w:hAnsi="Arial" w:cs="Arial"/>
                <w:b/>
                <w:bCs/>
              </w:rPr>
            </w:pPr>
            <w:r w:rsidRPr="00B80CF6">
              <w:rPr>
                <w:rFonts w:ascii="Arial" w:hAnsi="Arial" w:cs="Arial"/>
                <w:b/>
                <w:bCs/>
              </w:rPr>
              <w:t>All</w:t>
            </w:r>
            <w:r w:rsidR="00AA718A" w:rsidRPr="00B80CF6">
              <w:rPr>
                <w:rFonts w:ascii="Arial" w:hAnsi="Arial" w:cs="Arial"/>
                <w:b/>
                <w:bCs/>
              </w:rPr>
              <w:t xml:space="preserve"> the following:</w:t>
            </w:r>
          </w:p>
          <w:p w14:paraId="6FD626A4" w14:textId="2CE2179F" w:rsidR="00AA718A" w:rsidRDefault="00495406" w:rsidP="00AA718A">
            <w:pPr>
              <w:pStyle w:val="ListParagraph"/>
              <w:numPr>
                <w:ilvl w:val="0"/>
                <w:numId w:val="10"/>
              </w:numPr>
              <w:ind w:left="361"/>
              <w:rPr>
                <w:rFonts w:ascii="Arial" w:hAnsi="Arial" w:cs="Arial"/>
              </w:rPr>
            </w:pPr>
            <w:r w:rsidRPr="00AA718A">
              <w:rPr>
                <w:rFonts w:ascii="Arial" w:hAnsi="Arial" w:cs="Arial"/>
              </w:rPr>
              <w:t>Foreign passport</w:t>
            </w:r>
          </w:p>
          <w:p w14:paraId="3D2094AD" w14:textId="31D8FAA9" w:rsidR="00AA718A" w:rsidRDefault="00DC2B08" w:rsidP="00AA718A">
            <w:pPr>
              <w:pStyle w:val="ListParagraph"/>
              <w:numPr>
                <w:ilvl w:val="0"/>
                <w:numId w:val="10"/>
              </w:numPr>
              <w:ind w:left="361"/>
              <w:rPr>
                <w:rFonts w:ascii="Arial" w:hAnsi="Arial" w:cs="Arial"/>
              </w:rPr>
            </w:pPr>
            <w:r>
              <w:rPr>
                <w:rFonts w:ascii="Arial" w:hAnsi="Arial" w:cs="Arial"/>
              </w:rPr>
              <w:t>S</w:t>
            </w:r>
            <w:r w:rsidRPr="00AA718A">
              <w:rPr>
                <w:rFonts w:ascii="Arial" w:hAnsi="Arial" w:cs="Arial"/>
              </w:rPr>
              <w:t>tudy permit</w:t>
            </w:r>
          </w:p>
          <w:p w14:paraId="4B36C777" w14:textId="1C9FE4FE" w:rsidR="0057298F" w:rsidRPr="00AA718A" w:rsidRDefault="00495406" w:rsidP="00AA718A">
            <w:pPr>
              <w:pStyle w:val="ListParagraph"/>
              <w:numPr>
                <w:ilvl w:val="0"/>
                <w:numId w:val="10"/>
              </w:numPr>
              <w:ind w:left="361"/>
              <w:rPr>
                <w:rFonts w:ascii="Arial" w:hAnsi="Arial" w:cs="Arial"/>
              </w:rPr>
            </w:pPr>
            <w:r w:rsidRPr="00AA718A">
              <w:rPr>
                <w:rFonts w:ascii="Arial" w:hAnsi="Arial" w:cs="Arial"/>
              </w:rPr>
              <w:t>Proof of dependent relationship</w:t>
            </w:r>
          </w:p>
        </w:tc>
        <w:tc>
          <w:tcPr>
            <w:tcW w:w="4101" w:type="dxa"/>
          </w:tcPr>
          <w:p w14:paraId="5DAFE443" w14:textId="77777777" w:rsidR="00F41832" w:rsidRPr="00B80CF6" w:rsidRDefault="00F41832" w:rsidP="00F41832">
            <w:pPr>
              <w:ind w:left="1"/>
              <w:rPr>
                <w:rFonts w:ascii="Arial" w:hAnsi="Arial" w:cs="Arial"/>
                <w:b/>
                <w:bCs/>
              </w:rPr>
            </w:pPr>
            <w:r w:rsidRPr="00B80CF6">
              <w:rPr>
                <w:rFonts w:ascii="Arial" w:hAnsi="Arial" w:cs="Arial"/>
                <w:b/>
                <w:bCs/>
              </w:rPr>
              <w:t>One of the following:</w:t>
            </w:r>
          </w:p>
          <w:p w14:paraId="6CBB97C0" w14:textId="77777777" w:rsidR="00F41832" w:rsidRDefault="00495406" w:rsidP="00F41832">
            <w:pPr>
              <w:pStyle w:val="ListParagraph"/>
              <w:numPr>
                <w:ilvl w:val="0"/>
                <w:numId w:val="11"/>
              </w:numPr>
              <w:ind w:left="361"/>
              <w:rPr>
                <w:rFonts w:ascii="Arial" w:hAnsi="Arial" w:cs="Arial"/>
              </w:rPr>
            </w:pPr>
            <w:r w:rsidRPr="00F41832">
              <w:rPr>
                <w:rFonts w:ascii="Arial" w:hAnsi="Arial" w:cs="Arial"/>
              </w:rPr>
              <w:t>Canadian Passport</w:t>
            </w:r>
          </w:p>
          <w:p w14:paraId="5C6C33ED" w14:textId="77777777" w:rsidR="00F41832" w:rsidRDefault="00495406" w:rsidP="00F41832">
            <w:pPr>
              <w:pStyle w:val="ListParagraph"/>
              <w:numPr>
                <w:ilvl w:val="0"/>
                <w:numId w:val="11"/>
              </w:numPr>
              <w:ind w:left="361"/>
              <w:rPr>
                <w:rFonts w:ascii="Arial" w:hAnsi="Arial" w:cs="Arial"/>
              </w:rPr>
            </w:pPr>
            <w:r w:rsidRPr="00F41832">
              <w:rPr>
                <w:rFonts w:ascii="Arial" w:hAnsi="Arial" w:cs="Arial"/>
              </w:rPr>
              <w:t>Nexus Card</w:t>
            </w:r>
          </w:p>
          <w:p w14:paraId="675F4E4F" w14:textId="1B7FC4CE" w:rsidR="00807428" w:rsidRPr="00807428" w:rsidRDefault="007227B0" w:rsidP="00807428">
            <w:pPr>
              <w:pStyle w:val="ListParagraph"/>
              <w:numPr>
                <w:ilvl w:val="0"/>
                <w:numId w:val="11"/>
              </w:numPr>
              <w:ind w:left="361"/>
              <w:rPr>
                <w:rFonts w:ascii="Arial" w:hAnsi="Arial" w:cs="Arial"/>
              </w:rPr>
            </w:pPr>
            <w:r>
              <w:rPr>
                <w:rFonts w:ascii="Arial" w:hAnsi="Arial" w:cs="Arial"/>
              </w:rPr>
              <w:t xml:space="preserve">Canadian </w:t>
            </w:r>
            <w:r w:rsidR="00807428" w:rsidRPr="00F41832">
              <w:rPr>
                <w:rFonts w:ascii="Arial" w:hAnsi="Arial" w:cs="Arial"/>
              </w:rPr>
              <w:t>Citizenship Card</w:t>
            </w:r>
          </w:p>
          <w:p w14:paraId="33D80AA3" w14:textId="4F4AE43A" w:rsidR="00F41832" w:rsidRDefault="00F41832" w:rsidP="00F41832">
            <w:pPr>
              <w:pStyle w:val="ListParagraph"/>
              <w:numPr>
                <w:ilvl w:val="0"/>
                <w:numId w:val="11"/>
              </w:numPr>
              <w:ind w:left="361"/>
              <w:rPr>
                <w:rFonts w:ascii="Arial" w:hAnsi="Arial" w:cs="Arial"/>
              </w:rPr>
            </w:pPr>
            <w:r w:rsidRPr="00F41832">
              <w:rPr>
                <w:rFonts w:ascii="Arial" w:hAnsi="Arial" w:cs="Arial"/>
              </w:rPr>
              <w:t>Certificate of Indian Status</w:t>
            </w:r>
            <w:r w:rsidR="00043683">
              <w:rPr>
                <w:rFonts w:ascii="Arial" w:hAnsi="Arial" w:cs="Arial"/>
              </w:rPr>
              <w:t xml:space="preserve"> (issued by DIAND/INAC/AANDC)</w:t>
            </w:r>
          </w:p>
          <w:p w14:paraId="5037B8EE" w14:textId="2355688C" w:rsidR="00043683" w:rsidRDefault="00043683" w:rsidP="00F41832">
            <w:pPr>
              <w:pStyle w:val="ListParagraph"/>
              <w:numPr>
                <w:ilvl w:val="0"/>
                <w:numId w:val="11"/>
              </w:numPr>
              <w:ind w:left="361"/>
              <w:rPr>
                <w:rFonts w:ascii="Arial" w:hAnsi="Arial" w:cs="Arial"/>
              </w:rPr>
            </w:pPr>
            <w:r>
              <w:rPr>
                <w:rFonts w:ascii="Arial" w:hAnsi="Arial" w:cs="Arial"/>
              </w:rPr>
              <w:t>New secure certificate of Indian S</w:t>
            </w:r>
            <w:r w:rsidR="00D660CA">
              <w:rPr>
                <w:rFonts w:ascii="Arial" w:hAnsi="Arial" w:cs="Arial"/>
              </w:rPr>
              <w:t>tatus</w:t>
            </w:r>
            <w:r w:rsidR="00921020">
              <w:rPr>
                <w:rFonts w:ascii="Arial" w:hAnsi="Arial" w:cs="Arial"/>
              </w:rPr>
              <w:t xml:space="preserve"> (SCIS)</w:t>
            </w:r>
          </w:p>
          <w:p w14:paraId="6A776A57" w14:textId="77777777" w:rsidR="00F41832" w:rsidRDefault="00495406" w:rsidP="00F41832">
            <w:pPr>
              <w:pStyle w:val="ListParagraph"/>
              <w:numPr>
                <w:ilvl w:val="0"/>
                <w:numId w:val="11"/>
              </w:numPr>
              <w:ind w:left="361"/>
              <w:rPr>
                <w:rFonts w:ascii="Arial" w:hAnsi="Arial" w:cs="Arial"/>
              </w:rPr>
            </w:pPr>
            <w:r w:rsidRPr="00F41832">
              <w:rPr>
                <w:rFonts w:ascii="Arial" w:hAnsi="Arial" w:cs="Arial"/>
              </w:rPr>
              <w:t xml:space="preserve">Birth Certificate </w:t>
            </w:r>
            <w:r w:rsidR="00673618" w:rsidRPr="00807428">
              <w:rPr>
                <w:rFonts w:ascii="Arial" w:hAnsi="Arial" w:cs="Arial"/>
                <w:b/>
                <w:bCs/>
              </w:rPr>
              <w:t>AND</w:t>
            </w:r>
            <w:r w:rsidRPr="00F41832">
              <w:rPr>
                <w:rFonts w:ascii="Arial" w:hAnsi="Arial" w:cs="Arial"/>
              </w:rPr>
              <w:t xml:space="preserve"> Government ID</w:t>
            </w:r>
          </w:p>
          <w:p w14:paraId="64E47B01" w14:textId="77777777" w:rsidR="0057298F" w:rsidRDefault="00D72AED" w:rsidP="00F41832">
            <w:pPr>
              <w:pStyle w:val="ListParagraph"/>
              <w:numPr>
                <w:ilvl w:val="0"/>
                <w:numId w:val="11"/>
              </w:numPr>
              <w:ind w:left="361"/>
              <w:rPr>
                <w:rFonts w:ascii="Arial" w:hAnsi="Arial" w:cs="Arial"/>
              </w:rPr>
            </w:pPr>
            <w:r>
              <w:rPr>
                <w:rFonts w:ascii="Arial" w:hAnsi="Arial" w:cs="Arial"/>
              </w:rPr>
              <w:t xml:space="preserve">Canadian </w:t>
            </w:r>
            <w:r w:rsidRPr="00F41832">
              <w:rPr>
                <w:rFonts w:ascii="Arial" w:hAnsi="Arial" w:cs="Arial"/>
              </w:rPr>
              <w:t xml:space="preserve">Citizenship Certificate </w:t>
            </w:r>
            <w:r w:rsidR="007D3749" w:rsidRPr="00807428">
              <w:rPr>
                <w:rFonts w:ascii="Arial" w:hAnsi="Arial" w:cs="Arial"/>
                <w:b/>
                <w:bCs/>
              </w:rPr>
              <w:t>AND</w:t>
            </w:r>
            <w:r w:rsidRPr="00F41832">
              <w:rPr>
                <w:rFonts w:ascii="Arial" w:hAnsi="Arial" w:cs="Arial"/>
              </w:rPr>
              <w:t xml:space="preserve"> Government ID</w:t>
            </w:r>
          </w:p>
          <w:p w14:paraId="4BE79595" w14:textId="5C85B6A1" w:rsidR="00872202" w:rsidRPr="00F41832" w:rsidRDefault="00872202" w:rsidP="00872202">
            <w:pPr>
              <w:pStyle w:val="ListParagraph"/>
              <w:ind w:left="361"/>
              <w:rPr>
                <w:rFonts w:ascii="Arial" w:hAnsi="Arial" w:cs="Arial"/>
              </w:rPr>
            </w:pPr>
          </w:p>
        </w:tc>
      </w:tr>
      <w:tr w:rsidR="0057298F" w:rsidRPr="00F760C4" w14:paraId="36182E5A" w14:textId="77777777" w:rsidTr="0022473D">
        <w:tc>
          <w:tcPr>
            <w:tcW w:w="2405" w:type="dxa"/>
          </w:tcPr>
          <w:p w14:paraId="4B64F2E2" w14:textId="77777777" w:rsidR="0057298F" w:rsidRDefault="00495406">
            <w:pPr>
              <w:rPr>
                <w:rFonts w:ascii="Arial" w:hAnsi="Arial" w:cs="Arial"/>
                <w:b/>
                <w:bCs/>
              </w:rPr>
            </w:pPr>
            <w:r w:rsidRPr="00807428">
              <w:rPr>
                <w:rFonts w:ascii="Arial" w:hAnsi="Arial" w:cs="Arial"/>
                <w:b/>
                <w:bCs/>
              </w:rPr>
              <w:lastRenderedPageBreak/>
              <w:t>Dependents of Permanent Residents</w:t>
            </w:r>
          </w:p>
          <w:p w14:paraId="32D799DC" w14:textId="77777777" w:rsidR="000D7DDA" w:rsidRDefault="000D7DDA">
            <w:pPr>
              <w:rPr>
                <w:rFonts w:ascii="Arial" w:hAnsi="Arial" w:cs="Arial"/>
                <w:b/>
                <w:bCs/>
              </w:rPr>
            </w:pPr>
          </w:p>
          <w:p w14:paraId="14365C93" w14:textId="77777777" w:rsidR="000D7DDA" w:rsidRPr="00DC7963" w:rsidRDefault="000D7DDA" w:rsidP="000D7DDA">
            <w:pPr>
              <w:rPr>
                <w:rFonts w:ascii="Arial" w:hAnsi="Arial" w:cs="Arial"/>
                <w:i/>
                <w:iCs/>
              </w:rPr>
            </w:pPr>
            <w:r>
              <w:rPr>
                <w:rFonts w:ascii="Arial" w:hAnsi="Arial" w:cs="Arial"/>
                <w:i/>
                <w:iCs/>
              </w:rPr>
              <w:t>Proof of submission or acknowledgement of application is not eligible.</w:t>
            </w:r>
          </w:p>
          <w:p w14:paraId="27417256" w14:textId="77777777" w:rsidR="000D7DDA" w:rsidRPr="00807428" w:rsidRDefault="000D7DDA">
            <w:pPr>
              <w:rPr>
                <w:rFonts w:ascii="Arial" w:hAnsi="Arial" w:cs="Arial"/>
                <w:b/>
                <w:bCs/>
              </w:rPr>
            </w:pPr>
          </w:p>
        </w:tc>
        <w:tc>
          <w:tcPr>
            <w:tcW w:w="3119" w:type="dxa"/>
            <w:gridSpan w:val="2"/>
          </w:tcPr>
          <w:p w14:paraId="7A9E2743" w14:textId="77777777" w:rsidR="00807428" w:rsidRPr="00B80CF6" w:rsidRDefault="00807428" w:rsidP="00807428">
            <w:pPr>
              <w:rPr>
                <w:rFonts w:ascii="Arial" w:hAnsi="Arial" w:cs="Arial"/>
                <w:b/>
                <w:bCs/>
              </w:rPr>
            </w:pPr>
            <w:r w:rsidRPr="00B80CF6">
              <w:rPr>
                <w:rFonts w:ascii="Arial" w:hAnsi="Arial" w:cs="Arial"/>
                <w:b/>
                <w:bCs/>
              </w:rPr>
              <w:t>All the following:</w:t>
            </w:r>
          </w:p>
          <w:p w14:paraId="205533D2" w14:textId="77777777" w:rsidR="00807428" w:rsidRDefault="00807428" w:rsidP="00807428">
            <w:pPr>
              <w:pStyle w:val="ListParagraph"/>
              <w:numPr>
                <w:ilvl w:val="0"/>
                <w:numId w:val="10"/>
              </w:numPr>
              <w:ind w:left="361"/>
              <w:rPr>
                <w:rFonts w:ascii="Arial" w:hAnsi="Arial" w:cs="Arial"/>
              </w:rPr>
            </w:pPr>
            <w:r w:rsidRPr="00AA718A">
              <w:rPr>
                <w:rFonts w:ascii="Arial" w:hAnsi="Arial" w:cs="Arial"/>
              </w:rPr>
              <w:t xml:space="preserve">Foreign passport </w:t>
            </w:r>
          </w:p>
          <w:p w14:paraId="586613E0" w14:textId="7AAE5155" w:rsidR="00807428" w:rsidRDefault="00DC2B08" w:rsidP="00807428">
            <w:pPr>
              <w:pStyle w:val="ListParagraph"/>
              <w:numPr>
                <w:ilvl w:val="0"/>
                <w:numId w:val="10"/>
              </w:numPr>
              <w:ind w:left="361"/>
              <w:rPr>
                <w:rFonts w:ascii="Arial" w:hAnsi="Arial" w:cs="Arial"/>
              </w:rPr>
            </w:pPr>
            <w:r>
              <w:rPr>
                <w:rFonts w:ascii="Arial" w:hAnsi="Arial" w:cs="Arial"/>
              </w:rPr>
              <w:t>S</w:t>
            </w:r>
            <w:r w:rsidR="00807428" w:rsidRPr="00AA718A">
              <w:rPr>
                <w:rFonts w:ascii="Arial" w:hAnsi="Arial" w:cs="Arial"/>
              </w:rPr>
              <w:t>tudy permit</w:t>
            </w:r>
          </w:p>
          <w:p w14:paraId="39EB9511" w14:textId="2C5873FA" w:rsidR="0057298F" w:rsidRPr="00807428" w:rsidRDefault="00807428" w:rsidP="00807428">
            <w:pPr>
              <w:pStyle w:val="ListParagraph"/>
              <w:numPr>
                <w:ilvl w:val="0"/>
                <w:numId w:val="10"/>
              </w:numPr>
              <w:ind w:left="361"/>
              <w:rPr>
                <w:rFonts w:ascii="Arial" w:hAnsi="Arial" w:cs="Arial"/>
              </w:rPr>
            </w:pPr>
            <w:r w:rsidRPr="00807428">
              <w:rPr>
                <w:rFonts w:ascii="Arial" w:hAnsi="Arial" w:cs="Arial"/>
              </w:rPr>
              <w:t>Proof of dependent relationship</w:t>
            </w:r>
          </w:p>
        </w:tc>
        <w:tc>
          <w:tcPr>
            <w:tcW w:w="4101" w:type="dxa"/>
          </w:tcPr>
          <w:p w14:paraId="7C1F9EDF" w14:textId="77777777" w:rsidR="00807428" w:rsidRPr="00B80CF6" w:rsidRDefault="00807428">
            <w:pPr>
              <w:rPr>
                <w:rFonts w:ascii="Arial" w:hAnsi="Arial" w:cs="Arial"/>
                <w:b/>
                <w:bCs/>
              </w:rPr>
            </w:pPr>
            <w:r w:rsidRPr="00B80CF6">
              <w:rPr>
                <w:rFonts w:ascii="Arial" w:hAnsi="Arial" w:cs="Arial"/>
                <w:b/>
                <w:bCs/>
              </w:rPr>
              <w:t>One of the following:</w:t>
            </w:r>
          </w:p>
          <w:p w14:paraId="03F03085" w14:textId="77777777" w:rsidR="00807428" w:rsidRDefault="00495406" w:rsidP="00807428">
            <w:pPr>
              <w:pStyle w:val="ListParagraph"/>
              <w:numPr>
                <w:ilvl w:val="0"/>
                <w:numId w:val="12"/>
              </w:numPr>
              <w:ind w:left="271"/>
              <w:rPr>
                <w:rFonts w:ascii="Arial" w:hAnsi="Arial" w:cs="Arial"/>
              </w:rPr>
            </w:pPr>
            <w:r w:rsidRPr="00807428">
              <w:rPr>
                <w:rFonts w:ascii="Arial" w:hAnsi="Arial" w:cs="Arial"/>
              </w:rPr>
              <w:t>Valid Canadian Permanent Residency Card</w:t>
            </w:r>
          </w:p>
          <w:p w14:paraId="1D896A89" w14:textId="77777777" w:rsidR="00807428" w:rsidRDefault="00495406" w:rsidP="00807428">
            <w:pPr>
              <w:pStyle w:val="ListParagraph"/>
              <w:numPr>
                <w:ilvl w:val="0"/>
                <w:numId w:val="12"/>
              </w:numPr>
              <w:ind w:left="271"/>
              <w:rPr>
                <w:rFonts w:ascii="Arial" w:hAnsi="Arial" w:cs="Arial"/>
              </w:rPr>
            </w:pPr>
            <w:r w:rsidRPr="00807428">
              <w:rPr>
                <w:rFonts w:ascii="Arial" w:hAnsi="Arial" w:cs="Arial"/>
              </w:rPr>
              <w:t xml:space="preserve">Confirmation of Permanent Residence (IMM 5292, IMM 5688) </w:t>
            </w:r>
            <w:r w:rsidR="00807428" w:rsidRPr="009E303C">
              <w:rPr>
                <w:rFonts w:ascii="Arial" w:hAnsi="Arial" w:cs="Arial"/>
                <w:b/>
                <w:bCs/>
              </w:rPr>
              <w:t>AND</w:t>
            </w:r>
            <w:r w:rsidRPr="00807428">
              <w:rPr>
                <w:rFonts w:ascii="Arial" w:hAnsi="Arial" w:cs="Arial"/>
              </w:rPr>
              <w:t xml:space="preserve"> Government ID</w:t>
            </w:r>
          </w:p>
          <w:p w14:paraId="1BA770F5" w14:textId="77777777" w:rsidR="00807428" w:rsidRDefault="00495406" w:rsidP="00807428">
            <w:pPr>
              <w:pStyle w:val="ListParagraph"/>
              <w:numPr>
                <w:ilvl w:val="0"/>
                <w:numId w:val="12"/>
              </w:numPr>
              <w:ind w:left="271"/>
              <w:rPr>
                <w:rFonts w:ascii="Arial" w:hAnsi="Arial" w:cs="Arial"/>
              </w:rPr>
            </w:pPr>
            <w:r w:rsidRPr="00807428">
              <w:rPr>
                <w:rFonts w:ascii="Arial" w:hAnsi="Arial" w:cs="Arial"/>
              </w:rPr>
              <w:t xml:space="preserve">Record of Landing (IMM 1000) </w:t>
            </w:r>
            <w:r w:rsidR="00807428" w:rsidRPr="009E303C">
              <w:rPr>
                <w:rFonts w:ascii="Arial" w:hAnsi="Arial" w:cs="Arial"/>
                <w:b/>
                <w:bCs/>
              </w:rPr>
              <w:t>AND</w:t>
            </w:r>
            <w:r w:rsidRPr="00807428">
              <w:rPr>
                <w:rFonts w:ascii="Arial" w:hAnsi="Arial" w:cs="Arial"/>
              </w:rPr>
              <w:t xml:space="preserve"> Government ID</w:t>
            </w:r>
          </w:p>
          <w:p w14:paraId="7B5D5414" w14:textId="77777777" w:rsidR="0057298F" w:rsidRDefault="00495406" w:rsidP="00807428">
            <w:pPr>
              <w:pStyle w:val="ListParagraph"/>
              <w:numPr>
                <w:ilvl w:val="0"/>
                <w:numId w:val="12"/>
              </w:numPr>
              <w:ind w:left="271"/>
              <w:rPr>
                <w:rFonts w:ascii="Arial" w:hAnsi="Arial" w:cs="Arial"/>
              </w:rPr>
            </w:pPr>
            <w:r w:rsidRPr="00807428">
              <w:rPr>
                <w:rFonts w:ascii="Arial" w:hAnsi="Arial" w:cs="Arial"/>
              </w:rPr>
              <w:t>Approved-in-</w:t>
            </w:r>
            <w:proofErr w:type="gramStart"/>
            <w:r w:rsidRPr="00807428">
              <w:rPr>
                <w:rFonts w:ascii="Arial" w:hAnsi="Arial" w:cs="Arial"/>
              </w:rPr>
              <w:t>Principle</w:t>
            </w:r>
            <w:proofErr w:type="gramEnd"/>
            <w:r w:rsidRPr="00807428">
              <w:rPr>
                <w:rFonts w:ascii="Arial" w:hAnsi="Arial" w:cs="Arial"/>
              </w:rPr>
              <w:t xml:space="preserve"> Letter</w:t>
            </w:r>
            <w:r w:rsidR="00807428">
              <w:rPr>
                <w:rFonts w:ascii="Arial" w:hAnsi="Arial" w:cs="Arial"/>
              </w:rPr>
              <w:t xml:space="preserve"> </w:t>
            </w:r>
            <w:r w:rsidR="00807428" w:rsidRPr="009E303C">
              <w:rPr>
                <w:rFonts w:ascii="Arial" w:hAnsi="Arial" w:cs="Arial"/>
                <w:b/>
                <w:bCs/>
              </w:rPr>
              <w:t>AND</w:t>
            </w:r>
            <w:r w:rsidR="00807428">
              <w:rPr>
                <w:rFonts w:ascii="Arial" w:hAnsi="Arial" w:cs="Arial"/>
              </w:rPr>
              <w:t xml:space="preserve"> Government ID</w:t>
            </w:r>
          </w:p>
          <w:p w14:paraId="571F6A06" w14:textId="77777777" w:rsidR="00DC7963" w:rsidRDefault="00DC7963" w:rsidP="00DC7963">
            <w:pPr>
              <w:rPr>
                <w:rFonts w:ascii="Arial" w:hAnsi="Arial" w:cs="Arial"/>
              </w:rPr>
            </w:pPr>
          </w:p>
          <w:p w14:paraId="414F13EF" w14:textId="1FC785E1" w:rsidR="00E21E57" w:rsidRPr="00807428" w:rsidRDefault="00E21E57" w:rsidP="000D7DDA">
            <w:pPr>
              <w:rPr>
                <w:rFonts w:ascii="Arial" w:hAnsi="Arial" w:cs="Arial"/>
              </w:rPr>
            </w:pPr>
          </w:p>
        </w:tc>
      </w:tr>
      <w:tr w:rsidR="0057298F" w:rsidRPr="00F760C4" w14:paraId="1F2E60E7" w14:textId="77777777" w:rsidTr="0022473D">
        <w:tc>
          <w:tcPr>
            <w:tcW w:w="2405" w:type="dxa"/>
          </w:tcPr>
          <w:p w14:paraId="4F6FB081" w14:textId="77777777" w:rsidR="0057298F" w:rsidRPr="00782A02" w:rsidRDefault="00495406">
            <w:pPr>
              <w:rPr>
                <w:rFonts w:ascii="Arial" w:hAnsi="Arial" w:cs="Arial"/>
                <w:b/>
                <w:bCs/>
              </w:rPr>
            </w:pPr>
            <w:r w:rsidRPr="00782A02">
              <w:rPr>
                <w:rFonts w:ascii="Arial" w:hAnsi="Arial" w:cs="Arial"/>
                <w:b/>
                <w:bCs/>
              </w:rPr>
              <w:t>A visitor with a work permit</w:t>
            </w:r>
          </w:p>
        </w:tc>
        <w:tc>
          <w:tcPr>
            <w:tcW w:w="3119" w:type="dxa"/>
            <w:gridSpan w:val="2"/>
          </w:tcPr>
          <w:p w14:paraId="31C785F6" w14:textId="77777777" w:rsidR="00401F63" w:rsidRPr="00B80CF6" w:rsidRDefault="00401F63" w:rsidP="00401F63">
            <w:pPr>
              <w:rPr>
                <w:rFonts w:ascii="Arial" w:hAnsi="Arial" w:cs="Arial"/>
                <w:b/>
                <w:bCs/>
              </w:rPr>
            </w:pPr>
            <w:proofErr w:type="gramStart"/>
            <w:r w:rsidRPr="00B80CF6">
              <w:rPr>
                <w:rFonts w:ascii="Arial" w:hAnsi="Arial" w:cs="Arial"/>
                <w:b/>
                <w:bCs/>
              </w:rPr>
              <w:t>All of</w:t>
            </w:r>
            <w:proofErr w:type="gramEnd"/>
            <w:r w:rsidRPr="00B80CF6">
              <w:rPr>
                <w:rFonts w:ascii="Arial" w:hAnsi="Arial" w:cs="Arial"/>
                <w:b/>
                <w:bCs/>
              </w:rPr>
              <w:t xml:space="preserve"> the following: </w:t>
            </w:r>
          </w:p>
          <w:p w14:paraId="031D098C" w14:textId="77777777" w:rsidR="00401F63" w:rsidRDefault="00495406" w:rsidP="00401F63">
            <w:pPr>
              <w:pStyle w:val="ListParagraph"/>
              <w:numPr>
                <w:ilvl w:val="0"/>
                <w:numId w:val="13"/>
              </w:numPr>
              <w:ind w:left="376"/>
              <w:rPr>
                <w:rFonts w:ascii="Arial" w:hAnsi="Arial" w:cs="Arial"/>
              </w:rPr>
            </w:pPr>
            <w:r w:rsidRPr="00401F63">
              <w:rPr>
                <w:rFonts w:ascii="Arial" w:hAnsi="Arial" w:cs="Arial"/>
              </w:rPr>
              <w:t>Foreign passport</w:t>
            </w:r>
          </w:p>
          <w:p w14:paraId="11F40856" w14:textId="3C09FD51" w:rsidR="00401F63" w:rsidRDefault="00DC2B08" w:rsidP="00401F63">
            <w:pPr>
              <w:pStyle w:val="ListParagraph"/>
              <w:numPr>
                <w:ilvl w:val="0"/>
                <w:numId w:val="13"/>
              </w:numPr>
              <w:ind w:left="376"/>
              <w:rPr>
                <w:rFonts w:ascii="Arial" w:hAnsi="Arial" w:cs="Arial"/>
              </w:rPr>
            </w:pPr>
            <w:r>
              <w:rPr>
                <w:rFonts w:ascii="Arial" w:hAnsi="Arial" w:cs="Arial"/>
              </w:rPr>
              <w:t>S</w:t>
            </w:r>
            <w:r w:rsidRPr="00401F63">
              <w:rPr>
                <w:rFonts w:ascii="Arial" w:hAnsi="Arial" w:cs="Arial"/>
              </w:rPr>
              <w:t>tudy permit</w:t>
            </w:r>
          </w:p>
          <w:p w14:paraId="4DEA7073" w14:textId="77777777" w:rsidR="0057298F" w:rsidRDefault="00401F63" w:rsidP="00401F63">
            <w:pPr>
              <w:pStyle w:val="ListParagraph"/>
              <w:numPr>
                <w:ilvl w:val="0"/>
                <w:numId w:val="13"/>
              </w:numPr>
              <w:ind w:left="376"/>
              <w:rPr>
                <w:rFonts w:ascii="Arial" w:hAnsi="Arial" w:cs="Arial"/>
              </w:rPr>
            </w:pPr>
            <w:r>
              <w:rPr>
                <w:rFonts w:ascii="Arial" w:hAnsi="Arial" w:cs="Arial"/>
              </w:rPr>
              <w:t>V</w:t>
            </w:r>
            <w:r w:rsidRPr="00401F63">
              <w:rPr>
                <w:rFonts w:ascii="Arial" w:hAnsi="Arial" w:cs="Arial"/>
              </w:rPr>
              <w:t>alid work permit specifying employer in Canada</w:t>
            </w:r>
          </w:p>
          <w:p w14:paraId="7DA4F047" w14:textId="0AF09421" w:rsidR="00782A02" w:rsidRPr="00401F63" w:rsidRDefault="00782A02" w:rsidP="00782A02">
            <w:pPr>
              <w:pStyle w:val="ListParagraph"/>
              <w:ind w:left="376"/>
              <w:rPr>
                <w:rFonts w:ascii="Arial" w:hAnsi="Arial" w:cs="Arial"/>
              </w:rPr>
            </w:pPr>
          </w:p>
        </w:tc>
        <w:tc>
          <w:tcPr>
            <w:tcW w:w="4101" w:type="dxa"/>
          </w:tcPr>
          <w:p w14:paraId="629D792A" w14:textId="77777777" w:rsidR="0057298F" w:rsidRPr="00F760C4" w:rsidRDefault="00495406">
            <w:pPr>
              <w:rPr>
                <w:rFonts w:ascii="Arial" w:hAnsi="Arial" w:cs="Arial"/>
              </w:rPr>
            </w:pPr>
            <w:r w:rsidRPr="00F760C4">
              <w:rPr>
                <w:rFonts w:ascii="Arial" w:hAnsi="Arial" w:cs="Arial"/>
              </w:rPr>
              <w:t>N/A</w:t>
            </w:r>
          </w:p>
        </w:tc>
      </w:tr>
      <w:tr w:rsidR="0057298F" w:rsidRPr="00F760C4" w14:paraId="5196541C" w14:textId="77777777" w:rsidTr="0022473D">
        <w:tc>
          <w:tcPr>
            <w:tcW w:w="2405" w:type="dxa"/>
          </w:tcPr>
          <w:p w14:paraId="44CF8D7F" w14:textId="77777777" w:rsidR="0057298F" w:rsidRPr="00DD051D" w:rsidRDefault="00495406">
            <w:pPr>
              <w:rPr>
                <w:rFonts w:ascii="Arial" w:hAnsi="Arial" w:cs="Arial"/>
                <w:b/>
                <w:bCs/>
              </w:rPr>
            </w:pPr>
            <w:r w:rsidRPr="00DD051D">
              <w:rPr>
                <w:rFonts w:ascii="Arial" w:hAnsi="Arial" w:cs="Arial"/>
                <w:b/>
                <w:bCs/>
              </w:rPr>
              <w:t>Dependents of a visitor with a work permit</w:t>
            </w:r>
          </w:p>
        </w:tc>
        <w:tc>
          <w:tcPr>
            <w:tcW w:w="3119" w:type="dxa"/>
            <w:gridSpan w:val="2"/>
          </w:tcPr>
          <w:p w14:paraId="3FF81E32" w14:textId="77777777" w:rsidR="008D24DA" w:rsidRPr="00B80CF6" w:rsidRDefault="008D24DA" w:rsidP="008D24DA">
            <w:pPr>
              <w:rPr>
                <w:rFonts w:ascii="Arial" w:hAnsi="Arial" w:cs="Arial"/>
                <w:b/>
                <w:bCs/>
              </w:rPr>
            </w:pPr>
            <w:r w:rsidRPr="00B80CF6">
              <w:rPr>
                <w:rFonts w:ascii="Arial" w:hAnsi="Arial" w:cs="Arial"/>
                <w:b/>
                <w:bCs/>
              </w:rPr>
              <w:t>All the following:</w:t>
            </w:r>
          </w:p>
          <w:p w14:paraId="2CAB3CBB" w14:textId="77777777" w:rsidR="008D24DA" w:rsidRDefault="008D24DA" w:rsidP="008D24DA">
            <w:pPr>
              <w:pStyle w:val="ListParagraph"/>
              <w:numPr>
                <w:ilvl w:val="0"/>
                <w:numId w:val="10"/>
              </w:numPr>
              <w:ind w:left="361"/>
              <w:rPr>
                <w:rFonts w:ascii="Arial" w:hAnsi="Arial" w:cs="Arial"/>
              </w:rPr>
            </w:pPr>
            <w:r w:rsidRPr="00AA718A">
              <w:rPr>
                <w:rFonts w:ascii="Arial" w:hAnsi="Arial" w:cs="Arial"/>
              </w:rPr>
              <w:t xml:space="preserve">Foreign passport </w:t>
            </w:r>
          </w:p>
          <w:p w14:paraId="1364A2A0" w14:textId="6FB70E39" w:rsidR="008D24DA" w:rsidRDefault="00DC2B08" w:rsidP="008D24DA">
            <w:pPr>
              <w:pStyle w:val="ListParagraph"/>
              <w:numPr>
                <w:ilvl w:val="0"/>
                <w:numId w:val="10"/>
              </w:numPr>
              <w:ind w:left="361"/>
              <w:rPr>
                <w:rFonts w:ascii="Arial" w:hAnsi="Arial" w:cs="Arial"/>
              </w:rPr>
            </w:pPr>
            <w:r>
              <w:rPr>
                <w:rFonts w:ascii="Arial" w:hAnsi="Arial" w:cs="Arial"/>
              </w:rPr>
              <w:t>S</w:t>
            </w:r>
            <w:r w:rsidR="008D24DA" w:rsidRPr="00AA718A">
              <w:rPr>
                <w:rFonts w:ascii="Arial" w:hAnsi="Arial" w:cs="Arial"/>
              </w:rPr>
              <w:t>tudy permit</w:t>
            </w:r>
          </w:p>
          <w:p w14:paraId="7FECF92F" w14:textId="77777777" w:rsidR="0057298F" w:rsidRDefault="008D24DA" w:rsidP="008D24DA">
            <w:pPr>
              <w:pStyle w:val="ListParagraph"/>
              <w:numPr>
                <w:ilvl w:val="0"/>
                <w:numId w:val="10"/>
              </w:numPr>
              <w:ind w:left="361"/>
              <w:rPr>
                <w:rFonts w:ascii="Arial" w:hAnsi="Arial" w:cs="Arial"/>
              </w:rPr>
            </w:pPr>
            <w:r w:rsidRPr="008D24DA">
              <w:rPr>
                <w:rFonts w:ascii="Arial" w:hAnsi="Arial" w:cs="Arial"/>
              </w:rPr>
              <w:t>Proof of dependent relationship</w:t>
            </w:r>
          </w:p>
          <w:p w14:paraId="4A782829" w14:textId="49A328E5" w:rsidR="00BB6284" w:rsidRPr="008D24DA" w:rsidRDefault="00BB6284" w:rsidP="00BB6284">
            <w:pPr>
              <w:pStyle w:val="ListParagraph"/>
              <w:ind w:left="361"/>
              <w:rPr>
                <w:rFonts w:ascii="Arial" w:hAnsi="Arial" w:cs="Arial"/>
              </w:rPr>
            </w:pPr>
          </w:p>
        </w:tc>
        <w:tc>
          <w:tcPr>
            <w:tcW w:w="4101" w:type="dxa"/>
          </w:tcPr>
          <w:p w14:paraId="6CC50DE0" w14:textId="77777777" w:rsidR="008D24DA" w:rsidRPr="00B80CF6" w:rsidRDefault="008D24DA">
            <w:pPr>
              <w:rPr>
                <w:rFonts w:ascii="Arial" w:hAnsi="Arial" w:cs="Arial"/>
                <w:b/>
                <w:bCs/>
              </w:rPr>
            </w:pPr>
            <w:proofErr w:type="gramStart"/>
            <w:r w:rsidRPr="00B80CF6">
              <w:rPr>
                <w:rFonts w:ascii="Arial" w:hAnsi="Arial" w:cs="Arial"/>
                <w:b/>
                <w:bCs/>
              </w:rPr>
              <w:t>All of</w:t>
            </w:r>
            <w:proofErr w:type="gramEnd"/>
            <w:r w:rsidRPr="00B80CF6">
              <w:rPr>
                <w:rFonts w:ascii="Arial" w:hAnsi="Arial" w:cs="Arial"/>
                <w:b/>
                <w:bCs/>
              </w:rPr>
              <w:t xml:space="preserve"> the following:</w:t>
            </w:r>
          </w:p>
          <w:p w14:paraId="6E7C0D6A" w14:textId="77777777" w:rsidR="008D24DA" w:rsidRDefault="00495406" w:rsidP="008D24DA">
            <w:pPr>
              <w:pStyle w:val="ListParagraph"/>
              <w:numPr>
                <w:ilvl w:val="0"/>
                <w:numId w:val="14"/>
              </w:numPr>
              <w:ind w:left="301"/>
              <w:rPr>
                <w:rFonts w:ascii="Arial" w:hAnsi="Arial" w:cs="Arial"/>
              </w:rPr>
            </w:pPr>
            <w:r w:rsidRPr="008D24DA">
              <w:rPr>
                <w:rFonts w:ascii="Arial" w:hAnsi="Arial" w:cs="Arial"/>
              </w:rPr>
              <w:t>Foreign passport</w:t>
            </w:r>
          </w:p>
          <w:p w14:paraId="66B958E9" w14:textId="450C340E" w:rsidR="0057298F" w:rsidRPr="008D24DA" w:rsidRDefault="008D24DA" w:rsidP="008D24DA">
            <w:pPr>
              <w:pStyle w:val="ListParagraph"/>
              <w:numPr>
                <w:ilvl w:val="0"/>
                <w:numId w:val="14"/>
              </w:numPr>
              <w:ind w:left="301"/>
              <w:rPr>
                <w:rFonts w:ascii="Arial" w:hAnsi="Arial" w:cs="Arial"/>
              </w:rPr>
            </w:pPr>
            <w:r>
              <w:rPr>
                <w:rFonts w:ascii="Arial" w:hAnsi="Arial" w:cs="Arial"/>
              </w:rPr>
              <w:t>V</w:t>
            </w:r>
            <w:r w:rsidRPr="008D24DA">
              <w:rPr>
                <w:rFonts w:ascii="Arial" w:hAnsi="Arial" w:cs="Arial"/>
              </w:rPr>
              <w:t>alid work permit specifying employer in Canada</w:t>
            </w:r>
          </w:p>
        </w:tc>
      </w:tr>
      <w:tr w:rsidR="0057298F" w:rsidRPr="00F760C4" w14:paraId="6BEB00C7" w14:textId="77777777" w:rsidTr="0022473D">
        <w:tc>
          <w:tcPr>
            <w:tcW w:w="2405" w:type="dxa"/>
          </w:tcPr>
          <w:p w14:paraId="071491A4" w14:textId="77777777" w:rsidR="0057298F" w:rsidRPr="00DD051D" w:rsidRDefault="00495406">
            <w:pPr>
              <w:rPr>
                <w:rFonts w:ascii="Arial" w:hAnsi="Arial" w:cs="Arial"/>
                <w:b/>
                <w:bCs/>
              </w:rPr>
            </w:pPr>
            <w:r w:rsidRPr="00DD051D">
              <w:rPr>
                <w:rFonts w:ascii="Arial" w:hAnsi="Arial" w:cs="Arial"/>
                <w:b/>
                <w:bCs/>
              </w:rPr>
              <w:t>A visitor with diplomatic status</w:t>
            </w:r>
          </w:p>
        </w:tc>
        <w:tc>
          <w:tcPr>
            <w:tcW w:w="3119" w:type="dxa"/>
            <w:gridSpan w:val="2"/>
          </w:tcPr>
          <w:p w14:paraId="4B6105F1" w14:textId="77777777" w:rsidR="00A74F18" w:rsidRPr="00B80CF6" w:rsidRDefault="00A74F18">
            <w:pPr>
              <w:rPr>
                <w:rFonts w:ascii="Arial" w:hAnsi="Arial" w:cs="Arial"/>
                <w:b/>
                <w:bCs/>
              </w:rPr>
            </w:pPr>
            <w:proofErr w:type="gramStart"/>
            <w:r w:rsidRPr="00B80CF6">
              <w:rPr>
                <w:rFonts w:ascii="Arial" w:hAnsi="Arial" w:cs="Arial"/>
                <w:b/>
                <w:bCs/>
              </w:rPr>
              <w:t>All of</w:t>
            </w:r>
            <w:proofErr w:type="gramEnd"/>
            <w:r w:rsidRPr="00B80CF6">
              <w:rPr>
                <w:rFonts w:ascii="Arial" w:hAnsi="Arial" w:cs="Arial"/>
                <w:b/>
                <w:bCs/>
              </w:rPr>
              <w:t xml:space="preserve"> the following:</w:t>
            </w:r>
          </w:p>
          <w:p w14:paraId="4A42A3B7" w14:textId="77777777" w:rsidR="00A74F18" w:rsidRDefault="00495406" w:rsidP="00A74F18">
            <w:pPr>
              <w:pStyle w:val="ListParagraph"/>
              <w:numPr>
                <w:ilvl w:val="0"/>
                <w:numId w:val="15"/>
              </w:numPr>
              <w:ind w:left="421"/>
              <w:rPr>
                <w:rFonts w:ascii="Arial" w:hAnsi="Arial" w:cs="Arial"/>
              </w:rPr>
            </w:pPr>
            <w:r w:rsidRPr="00A74F18">
              <w:rPr>
                <w:rFonts w:ascii="Arial" w:hAnsi="Arial" w:cs="Arial"/>
              </w:rPr>
              <w:t>Foreign/Consular/Special passport</w:t>
            </w:r>
          </w:p>
          <w:p w14:paraId="65A41E72" w14:textId="77777777" w:rsidR="00A74F18" w:rsidRDefault="00495406" w:rsidP="00A74F18">
            <w:pPr>
              <w:pStyle w:val="ListParagraph"/>
              <w:numPr>
                <w:ilvl w:val="0"/>
                <w:numId w:val="15"/>
              </w:numPr>
              <w:ind w:left="421"/>
              <w:rPr>
                <w:rFonts w:ascii="Arial" w:hAnsi="Arial" w:cs="Arial"/>
              </w:rPr>
            </w:pPr>
            <w:r w:rsidRPr="00A74F18">
              <w:rPr>
                <w:rFonts w:ascii="Arial" w:hAnsi="Arial" w:cs="Arial"/>
              </w:rPr>
              <w:t>DFAIT Identity Card</w:t>
            </w:r>
          </w:p>
          <w:p w14:paraId="146C919D" w14:textId="77777777" w:rsidR="0057298F" w:rsidRDefault="00A74F18" w:rsidP="00A74F18">
            <w:pPr>
              <w:pStyle w:val="ListParagraph"/>
              <w:numPr>
                <w:ilvl w:val="0"/>
                <w:numId w:val="15"/>
              </w:numPr>
              <w:ind w:left="421"/>
              <w:rPr>
                <w:rFonts w:ascii="Arial" w:hAnsi="Arial" w:cs="Arial"/>
              </w:rPr>
            </w:pPr>
            <w:r>
              <w:rPr>
                <w:rFonts w:ascii="Arial" w:hAnsi="Arial" w:cs="Arial"/>
              </w:rPr>
              <w:t>A</w:t>
            </w:r>
            <w:r w:rsidRPr="00A74F18">
              <w:rPr>
                <w:rFonts w:ascii="Arial" w:hAnsi="Arial" w:cs="Arial"/>
              </w:rPr>
              <w:t>ppointment letter</w:t>
            </w:r>
          </w:p>
          <w:p w14:paraId="28736DDB" w14:textId="45151AE0" w:rsidR="00A74F18" w:rsidRPr="00A74F18" w:rsidRDefault="00A74F18" w:rsidP="00A74F18">
            <w:pPr>
              <w:pStyle w:val="ListParagraph"/>
              <w:ind w:left="421"/>
              <w:rPr>
                <w:rFonts w:ascii="Arial" w:hAnsi="Arial" w:cs="Arial"/>
              </w:rPr>
            </w:pPr>
          </w:p>
        </w:tc>
        <w:tc>
          <w:tcPr>
            <w:tcW w:w="4101" w:type="dxa"/>
          </w:tcPr>
          <w:p w14:paraId="34824FA9" w14:textId="77777777" w:rsidR="0057298F" w:rsidRPr="00F760C4" w:rsidRDefault="00495406">
            <w:pPr>
              <w:rPr>
                <w:rFonts w:ascii="Arial" w:hAnsi="Arial" w:cs="Arial"/>
              </w:rPr>
            </w:pPr>
            <w:r w:rsidRPr="00F760C4">
              <w:rPr>
                <w:rFonts w:ascii="Arial" w:hAnsi="Arial" w:cs="Arial"/>
              </w:rPr>
              <w:t>N/A</w:t>
            </w:r>
          </w:p>
        </w:tc>
      </w:tr>
      <w:tr w:rsidR="0057298F" w:rsidRPr="00F760C4" w14:paraId="0F4AE87C" w14:textId="77777777" w:rsidTr="0022473D">
        <w:tc>
          <w:tcPr>
            <w:tcW w:w="2405" w:type="dxa"/>
          </w:tcPr>
          <w:p w14:paraId="7AD64D29" w14:textId="77777777" w:rsidR="0057298F" w:rsidRPr="00DD051D" w:rsidRDefault="00495406">
            <w:pPr>
              <w:rPr>
                <w:rFonts w:ascii="Arial" w:hAnsi="Arial" w:cs="Arial"/>
                <w:b/>
                <w:bCs/>
              </w:rPr>
            </w:pPr>
            <w:r w:rsidRPr="00DD051D">
              <w:rPr>
                <w:rFonts w:ascii="Arial" w:hAnsi="Arial" w:cs="Arial"/>
                <w:b/>
                <w:bCs/>
              </w:rPr>
              <w:t>Dependents of a visitor with diplomatic status</w:t>
            </w:r>
          </w:p>
        </w:tc>
        <w:tc>
          <w:tcPr>
            <w:tcW w:w="3119" w:type="dxa"/>
            <w:gridSpan w:val="2"/>
          </w:tcPr>
          <w:p w14:paraId="4F1ED8FD" w14:textId="1406DB3D" w:rsidR="009B7A6A" w:rsidRPr="00B80CF6" w:rsidRDefault="00D44C89">
            <w:pPr>
              <w:rPr>
                <w:rFonts w:ascii="Arial" w:hAnsi="Arial" w:cs="Arial"/>
                <w:b/>
                <w:bCs/>
              </w:rPr>
            </w:pPr>
            <w:proofErr w:type="gramStart"/>
            <w:r w:rsidRPr="00B80CF6">
              <w:rPr>
                <w:rFonts w:ascii="Arial" w:hAnsi="Arial" w:cs="Arial"/>
                <w:b/>
                <w:bCs/>
              </w:rPr>
              <w:t>All</w:t>
            </w:r>
            <w:r w:rsidR="009B7A6A" w:rsidRPr="00B80CF6">
              <w:rPr>
                <w:rFonts w:ascii="Arial" w:hAnsi="Arial" w:cs="Arial"/>
                <w:b/>
                <w:bCs/>
              </w:rPr>
              <w:t xml:space="preserve"> of</w:t>
            </w:r>
            <w:proofErr w:type="gramEnd"/>
            <w:r w:rsidR="009B7A6A" w:rsidRPr="00B80CF6">
              <w:rPr>
                <w:rFonts w:ascii="Arial" w:hAnsi="Arial" w:cs="Arial"/>
                <w:b/>
                <w:bCs/>
              </w:rPr>
              <w:t xml:space="preserve"> the following: </w:t>
            </w:r>
          </w:p>
          <w:p w14:paraId="2512B2E4" w14:textId="77777777" w:rsidR="00D44C89" w:rsidRDefault="00495406" w:rsidP="009B7A6A">
            <w:pPr>
              <w:pStyle w:val="ListParagraph"/>
              <w:numPr>
                <w:ilvl w:val="0"/>
                <w:numId w:val="16"/>
              </w:numPr>
              <w:ind w:left="331"/>
              <w:rPr>
                <w:rFonts w:ascii="Arial" w:hAnsi="Arial" w:cs="Arial"/>
              </w:rPr>
            </w:pPr>
            <w:r w:rsidRPr="009B7A6A">
              <w:rPr>
                <w:rFonts w:ascii="Arial" w:hAnsi="Arial" w:cs="Arial"/>
              </w:rPr>
              <w:t>Foreign/Consular/Special passport</w:t>
            </w:r>
          </w:p>
          <w:p w14:paraId="7FC2FFF5" w14:textId="77777777" w:rsidR="0057298F" w:rsidRDefault="00495406" w:rsidP="009B7A6A">
            <w:pPr>
              <w:pStyle w:val="ListParagraph"/>
              <w:numPr>
                <w:ilvl w:val="0"/>
                <w:numId w:val="16"/>
              </w:numPr>
              <w:ind w:left="331"/>
              <w:rPr>
                <w:rFonts w:ascii="Arial" w:hAnsi="Arial" w:cs="Arial"/>
              </w:rPr>
            </w:pPr>
            <w:r w:rsidRPr="009B7A6A">
              <w:rPr>
                <w:rFonts w:ascii="Arial" w:hAnsi="Arial" w:cs="Arial"/>
              </w:rPr>
              <w:t xml:space="preserve">DFAIT </w:t>
            </w:r>
            <w:r w:rsidR="00833C8C">
              <w:rPr>
                <w:rFonts w:ascii="Arial" w:hAnsi="Arial" w:cs="Arial"/>
              </w:rPr>
              <w:t>Identity Card</w:t>
            </w:r>
          </w:p>
          <w:p w14:paraId="3340FEEC" w14:textId="55FE8D8D" w:rsidR="00833C8C" w:rsidRPr="00833C8C" w:rsidRDefault="00833C8C" w:rsidP="00833C8C">
            <w:pPr>
              <w:pStyle w:val="ListParagraph"/>
              <w:numPr>
                <w:ilvl w:val="0"/>
                <w:numId w:val="16"/>
              </w:numPr>
              <w:ind w:left="331"/>
              <w:rPr>
                <w:rFonts w:ascii="Arial" w:hAnsi="Arial" w:cs="Arial"/>
              </w:rPr>
            </w:pPr>
            <w:r>
              <w:rPr>
                <w:rFonts w:ascii="Arial" w:hAnsi="Arial" w:cs="Arial"/>
              </w:rPr>
              <w:t>P</w:t>
            </w:r>
            <w:r w:rsidRPr="009B7A6A">
              <w:rPr>
                <w:rFonts w:ascii="Arial" w:hAnsi="Arial" w:cs="Arial"/>
              </w:rPr>
              <w:t>roof of dependent relationship</w:t>
            </w:r>
          </w:p>
        </w:tc>
        <w:tc>
          <w:tcPr>
            <w:tcW w:w="4101" w:type="dxa"/>
          </w:tcPr>
          <w:p w14:paraId="105447B5" w14:textId="77777777" w:rsidR="003A0927" w:rsidRPr="00B80CF6" w:rsidRDefault="003A0927" w:rsidP="003A0927">
            <w:pPr>
              <w:rPr>
                <w:rFonts w:ascii="Arial" w:hAnsi="Arial" w:cs="Arial"/>
                <w:b/>
                <w:bCs/>
              </w:rPr>
            </w:pPr>
            <w:proofErr w:type="gramStart"/>
            <w:r w:rsidRPr="00B80CF6">
              <w:rPr>
                <w:rFonts w:ascii="Arial" w:hAnsi="Arial" w:cs="Arial"/>
                <w:b/>
                <w:bCs/>
              </w:rPr>
              <w:t>All of</w:t>
            </w:r>
            <w:proofErr w:type="gramEnd"/>
            <w:r w:rsidRPr="00B80CF6">
              <w:rPr>
                <w:rFonts w:ascii="Arial" w:hAnsi="Arial" w:cs="Arial"/>
                <w:b/>
                <w:bCs/>
              </w:rPr>
              <w:t xml:space="preserve"> the following:</w:t>
            </w:r>
          </w:p>
          <w:p w14:paraId="0C4FB191" w14:textId="77777777" w:rsidR="003A0927" w:rsidRDefault="003A0927" w:rsidP="003A0927">
            <w:pPr>
              <w:pStyle w:val="ListParagraph"/>
              <w:numPr>
                <w:ilvl w:val="0"/>
                <w:numId w:val="15"/>
              </w:numPr>
              <w:ind w:left="421"/>
              <w:rPr>
                <w:rFonts w:ascii="Arial" w:hAnsi="Arial" w:cs="Arial"/>
              </w:rPr>
            </w:pPr>
            <w:r w:rsidRPr="00A74F18">
              <w:rPr>
                <w:rFonts w:ascii="Arial" w:hAnsi="Arial" w:cs="Arial"/>
              </w:rPr>
              <w:t>Foreign/Consular/Special passport</w:t>
            </w:r>
          </w:p>
          <w:p w14:paraId="685BADBD" w14:textId="77777777" w:rsidR="003A0927" w:rsidRDefault="003A0927" w:rsidP="003A0927">
            <w:pPr>
              <w:pStyle w:val="ListParagraph"/>
              <w:numPr>
                <w:ilvl w:val="0"/>
                <w:numId w:val="15"/>
              </w:numPr>
              <w:ind w:left="421"/>
              <w:rPr>
                <w:rFonts w:ascii="Arial" w:hAnsi="Arial" w:cs="Arial"/>
              </w:rPr>
            </w:pPr>
            <w:r w:rsidRPr="00A74F18">
              <w:rPr>
                <w:rFonts w:ascii="Arial" w:hAnsi="Arial" w:cs="Arial"/>
              </w:rPr>
              <w:t>DFAIT Identity Card</w:t>
            </w:r>
          </w:p>
          <w:p w14:paraId="20250FFE" w14:textId="77777777" w:rsidR="003A0927" w:rsidRDefault="003A0927" w:rsidP="003A0927">
            <w:pPr>
              <w:pStyle w:val="ListParagraph"/>
              <w:numPr>
                <w:ilvl w:val="0"/>
                <w:numId w:val="15"/>
              </w:numPr>
              <w:ind w:left="421"/>
              <w:rPr>
                <w:rFonts w:ascii="Arial" w:hAnsi="Arial" w:cs="Arial"/>
              </w:rPr>
            </w:pPr>
            <w:r>
              <w:rPr>
                <w:rFonts w:ascii="Arial" w:hAnsi="Arial" w:cs="Arial"/>
              </w:rPr>
              <w:t>A</w:t>
            </w:r>
            <w:r w:rsidRPr="00A74F18">
              <w:rPr>
                <w:rFonts w:ascii="Arial" w:hAnsi="Arial" w:cs="Arial"/>
              </w:rPr>
              <w:t>ppointment letter</w:t>
            </w:r>
          </w:p>
          <w:p w14:paraId="1C4279E8" w14:textId="0691541B" w:rsidR="0057298F" w:rsidRPr="00F760C4" w:rsidRDefault="0057298F">
            <w:pPr>
              <w:rPr>
                <w:rFonts w:ascii="Arial" w:hAnsi="Arial" w:cs="Arial"/>
              </w:rPr>
            </w:pPr>
          </w:p>
        </w:tc>
      </w:tr>
      <w:tr w:rsidR="0057298F" w:rsidRPr="00F760C4" w14:paraId="6B0A1168" w14:textId="77777777" w:rsidTr="0022473D">
        <w:trPr>
          <w:trHeight w:val="1160"/>
        </w:trPr>
        <w:tc>
          <w:tcPr>
            <w:tcW w:w="2405" w:type="dxa"/>
          </w:tcPr>
          <w:p w14:paraId="75CC186E" w14:textId="77777777" w:rsidR="0057298F" w:rsidRPr="00DD051D" w:rsidRDefault="00495406">
            <w:pPr>
              <w:rPr>
                <w:rFonts w:ascii="Arial" w:hAnsi="Arial" w:cs="Arial"/>
                <w:b/>
                <w:bCs/>
              </w:rPr>
            </w:pPr>
            <w:r w:rsidRPr="00DD051D">
              <w:rPr>
                <w:rFonts w:ascii="Arial" w:hAnsi="Arial" w:cs="Arial"/>
                <w:b/>
                <w:bCs/>
              </w:rPr>
              <w:t>Religious workers (work permit exempt)</w:t>
            </w:r>
          </w:p>
        </w:tc>
        <w:tc>
          <w:tcPr>
            <w:tcW w:w="3119" w:type="dxa"/>
            <w:gridSpan w:val="2"/>
          </w:tcPr>
          <w:p w14:paraId="3B43EA01" w14:textId="77777777" w:rsidR="006F606B" w:rsidRPr="00B80CF6" w:rsidRDefault="006F606B">
            <w:pPr>
              <w:rPr>
                <w:rFonts w:ascii="Arial" w:hAnsi="Arial" w:cs="Arial"/>
                <w:b/>
                <w:bCs/>
              </w:rPr>
            </w:pPr>
            <w:proofErr w:type="gramStart"/>
            <w:r w:rsidRPr="00B80CF6">
              <w:rPr>
                <w:rFonts w:ascii="Arial" w:hAnsi="Arial" w:cs="Arial"/>
                <w:b/>
                <w:bCs/>
              </w:rPr>
              <w:t>All of</w:t>
            </w:r>
            <w:proofErr w:type="gramEnd"/>
            <w:r w:rsidRPr="00B80CF6">
              <w:rPr>
                <w:rFonts w:ascii="Arial" w:hAnsi="Arial" w:cs="Arial"/>
                <w:b/>
                <w:bCs/>
              </w:rPr>
              <w:t xml:space="preserve"> the following:</w:t>
            </w:r>
          </w:p>
          <w:p w14:paraId="14CF7CB3" w14:textId="77777777" w:rsidR="006F606B" w:rsidRDefault="00495406" w:rsidP="006F606B">
            <w:pPr>
              <w:pStyle w:val="ListParagraph"/>
              <w:numPr>
                <w:ilvl w:val="0"/>
                <w:numId w:val="17"/>
              </w:numPr>
              <w:ind w:left="315"/>
              <w:rPr>
                <w:rFonts w:ascii="Arial" w:hAnsi="Arial" w:cs="Arial"/>
              </w:rPr>
            </w:pPr>
            <w:r w:rsidRPr="006F606B">
              <w:rPr>
                <w:rFonts w:ascii="Arial" w:hAnsi="Arial" w:cs="Arial"/>
              </w:rPr>
              <w:t>Foreign passport</w:t>
            </w:r>
          </w:p>
          <w:p w14:paraId="7A470EF5" w14:textId="77777777" w:rsidR="006F606B" w:rsidRDefault="006F606B" w:rsidP="006F606B">
            <w:pPr>
              <w:pStyle w:val="ListParagraph"/>
              <w:numPr>
                <w:ilvl w:val="0"/>
                <w:numId w:val="17"/>
              </w:numPr>
              <w:ind w:left="315"/>
              <w:rPr>
                <w:rFonts w:ascii="Arial" w:hAnsi="Arial" w:cs="Arial"/>
              </w:rPr>
            </w:pPr>
            <w:r>
              <w:rPr>
                <w:rFonts w:ascii="Arial" w:hAnsi="Arial" w:cs="Arial"/>
              </w:rPr>
              <w:t>S</w:t>
            </w:r>
            <w:r w:rsidRPr="006F606B">
              <w:rPr>
                <w:rFonts w:ascii="Arial" w:hAnsi="Arial" w:cs="Arial"/>
              </w:rPr>
              <w:t>tudy permit</w:t>
            </w:r>
          </w:p>
          <w:p w14:paraId="08E1EA9A" w14:textId="697C43AE" w:rsidR="006F606B" w:rsidRDefault="006F606B" w:rsidP="006F606B">
            <w:pPr>
              <w:pStyle w:val="ListParagraph"/>
              <w:numPr>
                <w:ilvl w:val="0"/>
                <w:numId w:val="17"/>
              </w:numPr>
              <w:ind w:left="315"/>
              <w:rPr>
                <w:rFonts w:ascii="Arial" w:hAnsi="Arial" w:cs="Arial"/>
              </w:rPr>
            </w:pPr>
            <w:r>
              <w:rPr>
                <w:rFonts w:ascii="Arial" w:hAnsi="Arial" w:cs="Arial"/>
              </w:rPr>
              <w:t>E</w:t>
            </w:r>
            <w:r w:rsidRPr="006F606B">
              <w:rPr>
                <w:rFonts w:ascii="Arial" w:hAnsi="Arial" w:cs="Arial"/>
              </w:rPr>
              <w:t>mployment offer</w:t>
            </w:r>
            <w:r w:rsidR="00512D55">
              <w:rPr>
                <w:rFonts w:ascii="Arial" w:hAnsi="Arial" w:cs="Arial"/>
              </w:rPr>
              <w:t xml:space="preserve"> from organization OR visitor record (IMM 1097)</w:t>
            </w:r>
          </w:p>
          <w:p w14:paraId="5E017104" w14:textId="2184E15A" w:rsidR="00A871FF" w:rsidRPr="00340D0C" w:rsidRDefault="00512D55" w:rsidP="00340D0C">
            <w:pPr>
              <w:pStyle w:val="ListParagraph"/>
              <w:numPr>
                <w:ilvl w:val="0"/>
                <w:numId w:val="17"/>
              </w:numPr>
              <w:ind w:left="315"/>
              <w:rPr>
                <w:rFonts w:ascii="Arial" w:hAnsi="Arial" w:cs="Arial"/>
              </w:rPr>
            </w:pPr>
            <w:r>
              <w:rPr>
                <w:rFonts w:ascii="Arial" w:hAnsi="Arial" w:cs="Arial"/>
              </w:rPr>
              <w:t>Proof of ordination</w:t>
            </w:r>
          </w:p>
        </w:tc>
        <w:tc>
          <w:tcPr>
            <w:tcW w:w="4101" w:type="dxa"/>
          </w:tcPr>
          <w:p w14:paraId="42E38C01" w14:textId="77777777" w:rsidR="0057298F" w:rsidRDefault="00495406">
            <w:pPr>
              <w:rPr>
                <w:rFonts w:ascii="Arial" w:hAnsi="Arial" w:cs="Arial"/>
              </w:rPr>
            </w:pPr>
            <w:r w:rsidRPr="00F760C4">
              <w:rPr>
                <w:rFonts w:ascii="Arial" w:hAnsi="Arial" w:cs="Arial"/>
              </w:rPr>
              <w:t>N/A</w:t>
            </w:r>
          </w:p>
          <w:p w14:paraId="546521F7" w14:textId="77777777" w:rsidR="0008557E" w:rsidRPr="0008557E" w:rsidRDefault="0008557E" w:rsidP="0008557E">
            <w:pPr>
              <w:rPr>
                <w:rFonts w:ascii="Arial" w:hAnsi="Arial" w:cs="Arial"/>
              </w:rPr>
            </w:pPr>
          </w:p>
          <w:p w14:paraId="71C022F4" w14:textId="77777777" w:rsidR="0008557E" w:rsidRPr="0008557E" w:rsidRDefault="0008557E" w:rsidP="0008557E">
            <w:pPr>
              <w:rPr>
                <w:rFonts w:ascii="Arial" w:hAnsi="Arial" w:cs="Arial"/>
              </w:rPr>
            </w:pPr>
          </w:p>
          <w:p w14:paraId="5E3B555F" w14:textId="77777777" w:rsidR="0008557E" w:rsidRPr="0008557E" w:rsidRDefault="0008557E" w:rsidP="0008557E">
            <w:pPr>
              <w:rPr>
                <w:rFonts w:ascii="Arial" w:hAnsi="Arial" w:cs="Arial"/>
              </w:rPr>
            </w:pPr>
          </w:p>
          <w:p w14:paraId="326E9C9F" w14:textId="77777777" w:rsidR="0008557E" w:rsidRDefault="0008557E" w:rsidP="0008557E">
            <w:pPr>
              <w:rPr>
                <w:rFonts w:ascii="Arial" w:hAnsi="Arial" w:cs="Arial"/>
              </w:rPr>
            </w:pPr>
          </w:p>
          <w:p w14:paraId="0E20C685" w14:textId="77777777" w:rsidR="0008557E" w:rsidRPr="0008557E" w:rsidRDefault="0008557E" w:rsidP="0008557E">
            <w:pPr>
              <w:rPr>
                <w:rFonts w:ascii="Arial" w:hAnsi="Arial" w:cs="Arial"/>
              </w:rPr>
            </w:pPr>
          </w:p>
          <w:p w14:paraId="511778F4" w14:textId="77777777" w:rsidR="0008557E" w:rsidRDefault="0008557E" w:rsidP="0008557E">
            <w:pPr>
              <w:rPr>
                <w:rFonts w:ascii="Arial" w:hAnsi="Arial" w:cs="Arial"/>
              </w:rPr>
            </w:pPr>
          </w:p>
          <w:p w14:paraId="7546AC13" w14:textId="0C88057B" w:rsidR="0008557E" w:rsidRPr="0008557E" w:rsidRDefault="0008557E" w:rsidP="0008557E">
            <w:pPr>
              <w:tabs>
                <w:tab w:val="left" w:pos="1310"/>
              </w:tabs>
              <w:rPr>
                <w:rFonts w:ascii="Arial" w:hAnsi="Arial" w:cs="Arial"/>
              </w:rPr>
            </w:pPr>
            <w:r>
              <w:rPr>
                <w:rFonts w:ascii="Arial" w:hAnsi="Arial" w:cs="Arial"/>
              </w:rPr>
              <w:tab/>
            </w:r>
          </w:p>
        </w:tc>
      </w:tr>
      <w:tr w:rsidR="0057298F" w:rsidRPr="00F760C4" w14:paraId="38664C19" w14:textId="77777777" w:rsidTr="0022473D">
        <w:tc>
          <w:tcPr>
            <w:tcW w:w="2405" w:type="dxa"/>
          </w:tcPr>
          <w:p w14:paraId="437DF1D9" w14:textId="77777777" w:rsidR="000D7DDA" w:rsidRDefault="000D7DDA">
            <w:pPr>
              <w:rPr>
                <w:rFonts w:ascii="Arial" w:hAnsi="Arial" w:cs="Arial"/>
                <w:b/>
                <w:bCs/>
              </w:rPr>
            </w:pPr>
          </w:p>
          <w:p w14:paraId="4DED01E3" w14:textId="048A2A1B" w:rsidR="0057298F" w:rsidRPr="00DD051D" w:rsidRDefault="00495406">
            <w:pPr>
              <w:rPr>
                <w:rFonts w:ascii="Arial" w:hAnsi="Arial" w:cs="Arial"/>
                <w:b/>
                <w:bCs/>
              </w:rPr>
            </w:pPr>
            <w:r w:rsidRPr="00DD051D">
              <w:rPr>
                <w:rFonts w:ascii="Arial" w:hAnsi="Arial" w:cs="Arial"/>
                <w:b/>
                <w:bCs/>
              </w:rPr>
              <w:lastRenderedPageBreak/>
              <w:t>Dependents of religious workers</w:t>
            </w:r>
          </w:p>
        </w:tc>
        <w:tc>
          <w:tcPr>
            <w:tcW w:w="3119" w:type="dxa"/>
            <w:gridSpan w:val="2"/>
          </w:tcPr>
          <w:p w14:paraId="00843EB8" w14:textId="77777777" w:rsidR="000D7DDA" w:rsidRDefault="000D7DDA">
            <w:pPr>
              <w:rPr>
                <w:rFonts w:ascii="Arial" w:hAnsi="Arial" w:cs="Arial"/>
              </w:rPr>
            </w:pPr>
          </w:p>
          <w:p w14:paraId="3CEA6C49" w14:textId="77777777" w:rsidR="000D7DDA" w:rsidRDefault="000D7DDA">
            <w:pPr>
              <w:rPr>
                <w:rFonts w:ascii="Arial" w:hAnsi="Arial" w:cs="Arial"/>
              </w:rPr>
            </w:pPr>
          </w:p>
          <w:p w14:paraId="2465ADF2" w14:textId="6C66C041" w:rsidR="00884DFB" w:rsidRPr="00B80CF6" w:rsidRDefault="00884DFB">
            <w:pPr>
              <w:rPr>
                <w:rFonts w:ascii="Arial" w:hAnsi="Arial" w:cs="Arial"/>
                <w:b/>
                <w:bCs/>
              </w:rPr>
            </w:pPr>
            <w:proofErr w:type="gramStart"/>
            <w:r w:rsidRPr="00B80CF6">
              <w:rPr>
                <w:rFonts w:ascii="Arial" w:hAnsi="Arial" w:cs="Arial"/>
                <w:b/>
                <w:bCs/>
              </w:rPr>
              <w:lastRenderedPageBreak/>
              <w:t>All of</w:t>
            </w:r>
            <w:proofErr w:type="gramEnd"/>
            <w:r w:rsidRPr="00B80CF6">
              <w:rPr>
                <w:rFonts w:ascii="Arial" w:hAnsi="Arial" w:cs="Arial"/>
                <w:b/>
                <w:bCs/>
              </w:rPr>
              <w:t xml:space="preserve"> the following:</w:t>
            </w:r>
          </w:p>
          <w:p w14:paraId="3FC6F1AB" w14:textId="77777777" w:rsidR="00884DFB" w:rsidRDefault="00495406" w:rsidP="00884DFB">
            <w:pPr>
              <w:pStyle w:val="ListParagraph"/>
              <w:numPr>
                <w:ilvl w:val="0"/>
                <w:numId w:val="18"/>
              </w:numPr>
              <w:ind w:left="315"/>
              <w:rPr>
                <w:rFonts w:ascii="Arial" w:hAnsi="Arial" w:cs="Arial"/>
              </w:rPr>
            </w:pPr>
            <w:r w:rsidRPr="00884DFB">
              <w:rPr>
                <w:rFonts w:ascii="Arial" w:hAnsi="Arial" w:cs="Arial"/>
              </w:rPr>
              <w:t>Foreign passport</w:t>
            </w:r>
          </w:p>
          <w:p w14:paraId="4E0C6639" w14:textId="77777777" w:rsidR="00884DFB" w:rsidRDefault="00884DFB" w:rsidP="00884DFB">
            <w:pPr>
              <w:pStyle w:val="ListParagraph"/>
              <w:numPr>
                <w:ilvl w:val="0"/>
                <w:numId w:val="18"/>
              </w:numPr>
              <w:ind w:left="315"/>
              <w:rPr>
                <w:rFonts w:ascii="Arial" w:hAnsi="Arial" w:cs="Arial"/>
              </w:rPr>
            </w:pPr>
            <w:r>
              <w:rPr>
                <w:rFonts w:ascii="Arial" w:hAnsi="Arial" w:cs="Arial"/>
              </w:rPr>
              <w:t>S</w:t>
            </w:r>
            <w:r w:rsidRPr="00884DFB">
              <w:rPr>
                <w:rFonts w:ascii="Arial" w:hAnsi="Arial" w:cs="Arial"/>
              </w:rPr>
              <w:t>tudy permit</w:t>
            </w:r>
          </w:p>
          <w:p w14:paraId="131B498E" w14:textId="29222704" w:rsidR="0057298F" w:rsidRPr="00884DFB" w:rsidRDefault="00884DFB" w:rsidP="00884DFB">
            <w:pPr>
              <w:pStyle w:val="ListParagraph"/>
              <w:numPr>
                <w:ilvl w:val="0"/>
                <w:numId w:val="18"/>
              </w:numPr>
              <w:ind w:left="315"/>
              <w:rPr>
                <w:rFonts w:ascii="Arial" w:hAnsi="Arial" w:cs="Arial"/>
              </w:rPr>
            </w:pPr>
            <w:r>
              <w:rPr>
                <w:rFonts w:ascii="Arial" w:hAnsi="Arial" w:cs="Arial"/>
              </w:rPr>
              <w:t>P</w:t>
            </w:r>
            <w:r w:rsidRPr="00884DFB">
              <w:rPr>
                <w:rFonts w:ascii="Arial" w:hAnsi="Arial" w:cs="Arial"/>
              </w:rPr>
              <w:t>roof of dependent relationship</w:t>
            </w:r>
          </w:p>
        </w:tc>
        <w:tc>
          <w:tcPr>
            <w:tcW w:w="4101" w:type="dxa"/>
          </w:tcPr>
          <w:p w14:paraId="72246482" w14:textId="77777777" w:rsidR="000D7DDA" w:rsidRDefault="000D7DDA">
            <w:pPr>
              <w:rPr>
                <w:rFonts w:ascii="Arial" w:hAnsi="Arial" w:cs="Arial"/>
              </w:rPr>
            </w:pPr>
          </w:p>
          <w:p w14:paraId="5F33D07C" w14:textId="77777777" w:rsidR="000D7DDA" w:rsidRDefault="000D7DDA">
            <w:pPr>
              <w:rPr>
                <w:rFonts w:ascii="Arial" w:hAnsi="Arial" w:cs="Arial"/>
              </w:rPr>
            </w:pPr>
          </w:p>
          <w:p w14:paraId="34DD7A61" w14:textId="7930C649" w:rsidR="00185F3B" w:rsidRPr="00B80CF6" w:rsidRDefault="00185F3B">
            <w:pPr>
              <w:rPr>
                <w:rFonts w:ascii="Arial" w:hAnsi="Arial" w:cs="Arial"/>
                <w:b/>
                <w:bCs/>
              </w:rPr>
            </w:pPr>
            <w:proofErr w:type="gramStart"/>
            <w:r w:rsidRPr="00B80CF6">
              <w:rPr>
                <w:rFonts w:ascii="Arial" w:hAnsi="Arial" w:cs="Arial"/>
                <w:b/>
                <w:bCs/>
              </w:rPr>
              <w:lastRenderedPageBreak/>
              <w:t>All of</w:t>
            </w:r>
            <w:proofErr w:type="gramEnd"/>
            <w:r w:rsidRPr="00B80CF6">
              <w:rPr>
                <w:rFonts w:ascii="Arial" w:hAnsi="Arial" w:cs="Arial"/>
                <w:b/>
                <w:bCs/>
              </w:rPr>
              <w:t xml:space="preserve"> the following:</w:t>
            </w:r>
          </w:p>
          <w:p w14:paraId="5AC8D045" w14:textId="77777777" w:rsidR="00185F3B" w:rsidRDefault="00495406" w:rsidP="00185F3B">
            <w:pPr>
              <w:pStyle w:val="ListParagraph"/>
              <w:numPr>
                <w:ilvl w:val="0"/>
                <w:numId w:val="19"/>
              </w:numPr>
              <w:ind w:left="301"/>
              <w:rPr>
                <w:rFonts w:ascii="Arial" w:hAnsi="Arial" w:cs="Arial"/>
              </w:rPr>
            </w:pPr>
            <w:r w:rsidRPr="00185F3B">
              <w:rPr>
                <w:rFonts w:ascii="Arial" w:hAnsi="Arial" w:cs="Arial"/>
              </w:rPr>
              <w:t>Foreign passport</w:t>
            </w:r>
          </w:p>
          <w:p w14:paraId="5DB34B18" w14:textId="77777777" w:rsidR="00185F3B" w:rsidRDefault="00185F3B" w:rsidP="00185F3B">
            <w:pPr>
              <w:pStyle w:val="ListParagraph"/>
              <w:numPr>
                <w:ilvl w:val="0"/>
                <w:numId w:val="19"/>
              </w:numPr>
              <w:ind w:left="301"/>
              <w:rPr>
                <w:rFonts w:ascii="Arial" w:hAnsi="Arial" w:cs="Arial"/>
              </w:rPr>
            </w:pPr>
            <w:r>
              <w:rPr>
                <w:rFonts w:ascii="Arial" w:hAnsi="Arial" w:cs="Arial"/>
              </w:rPr>
              <w:t>E</w:t>
            </w:r>
            <w:r w:rsidRPr="00185F3B">
              <w:rPr>
                <w:rFonts w:ascii="Arial" w:hAnsi="Arial" w:cs="Arial"/>
              </w:rPr>
              <w:t>mployment offer</w:t>
            </w:r>
            <w:r>
              <w:rPr>
                <w:rFonts w:ascii="Arial" w:hAnsi="Arial" w:cs="Arial"/>
              </w:rPr>
              <w:t xml:space="preserve"> from organization OR visitor record (IMM 1097)</w:t>
            </w:r>
          </w:p>
          <w:p w14:paraId="5C9ABE88" w14:textId="77777777" w:rsidR="0057298F" w:rsidRDefault="00A871FF" w:rsidP="00185F3B">
            <w:pPr>
              <w:pStyle w:val="ListParagraph"/>
              <w:numPr>
                <w:ilvl w:val="0"/>
                <w:numId w:val="19"/>
              </w:numPr>
              <w:ind w:left="301"/>
              <w:rPr>
                <w:rFonts w:ascii="Arial" w:hAnsi="Arial" w:cs="Arial"/>
              </w:rPr>
            </w:pPr>
            <w:r>
              <w:rPr>
                <w:rFonts w:ascii="Arial" w:hAnsi="Arial" w:cs="Arial"/>
              </w:rPr>
              <w:t>Proof of ordination</w:t>
            </w:r>
          </w:p>
          <w:p w14:paraId="337C22FD" w14:textId="71AB3796" w:rsidR="0022473D" w:rsidRPr="00185F3B" w:rsidRDefault="0022473D" w:rsidP="0022473D">
            <w:pPr>
              <w:pStyle w:val="ListParagraph"/>
              <w:ind w:left="301"/>
              <w:rPr>
                <w:rFonts w:ascii="Arial" w:hAnsi="Arial" w:cs="Arial"/>
              </w:rPr>
            </w:pPr>
          </w:p>
        </w:tc>
      </w:tr>
      <w:tr w:rsidR="000205E3" w:rsidRPr="00F760C4" w14:paraId="4117B841" w14:textId="77777777" w:rsidTr="0022473D">
        <w:tc>
          <w:tcPr>
            <w:tcW w:w="2405" w:type="dxa"/>
          </w:tcPr>
          <w:p w14:paraId="5BB5DD68" w14:textId="77777777" w:rsidR="000205E3" w:rsidRDefault="000205E3">
            <w:pPr>
              <w:rPr>
                <w:rFonts w:ascii="Arial" w:hAnsi="Arial" w:cs="Arial"/>
                <w:b/>
                <w:bCs/>
              </w:rPr>
            </w:pPr>
            <w:proofErr w:type="gramStart"/>
            <w:r>
              <w:rPr>
                <w:rFonts w:ascii="Arial" w:hAnsi="Arial" w:cs="Arial"/>
                <w:b/>
                <w:bCs/>
              </w:rPr>
              <w:lastRenderedPageBreak/>
              <w:t>Convention Refugee</w:t>
            </w:r>
            <w:proofErr w:type="gramEnd"/>
            <w:r>
              <w:rPr>
                <w:rFonts w:ascii="Arial" w:hAnsi="Arial" w:cs="Arial"/>
                <w:b/>
                <w:bCs/>
              </w:rPr>
              <w:t xml:space="preserve"> (Protected Persons)</w:t>
            </w:r>
          </w:p>
          <w:p w14:paraId="592AF7CC" w14:textId="77777777" w:rsidR="0022473D" w:rsidRDefault="0022473D">
            <w:pPr>
              <w:rPr>
                <w:rFonts w:ascii="Arial" w:hAnsi="Arial" w:cs="Arial"/>
                <w:b/>
                <w:bCs/>
              </w:rPr>
            </w:pPr>
          </w:p>
          <w:p w14:paraId="607142F8" w14:textId="56D93BAF" w:rsidR="0022473D" w:rsidRPr="00941258" w:rsidRDefault="0022473D" w:rsidP="0022473D">
            <w:pPr>
              <w:rPr>
                <w:rFonts w:ascii="Arial" w:hAnsi="Arial" w:cs="Arial"/>
                <w:i/>
                <w:iCs/>
              </w:rPr>
            </w:pPr>
            <w:r>
              <w:rPr>
                <w:rFonts w:ascii="Arial" w:hAnsi="Arial" w:cs="Arial"/>
                <w:i/>
                <w:iCs/>
              </w:rPr>
              <w:t>Refugee claimant status is not eligible. A decision on the case must be made before applying.</w:t>
            </w:r>
          </w:p>
          <w:p w14:paraId="40778195" w14:textId="532A7486" w:rsidR="0022473D" w:rsidRPr="00DD051D" w:rsidRDefault="0022473D">
            <w:pPr>
              <w:rPr>
                <w:rFonts w:ascii="Arial" w:hAnsi="Arial" w:cs="Arial"/>
                <w:b/>
                <w:bCs/>
              </w:rPr>
            </w:pPr>
          </w:p>
        </w:tc>
        <w:tc>
          <w:tcPr>
            <w:tcW w:w="3119" w:type="dxa"/>
            <w:gridSpan w:val="2"/>
          </w:tcPr>
          <w:p w14:paraId="0E327551" w14:textId="4E5DEC7A" w:rsidR="00C3080F" w:rsidRPr="00B80CF6" w:rsidRDefault="00B80CF6" w:rsidP="00C3080F">
            <w:pPr>
              <w:rPr>
                <w:rFonts w:ascii="Arial" w:hAnsi="Arial" w:cs="Arial"/>
                <w:b/>
                <w:bCs/>
              </w:rPr>
            </w:pPr>
            <w:proofErr w:type="gramStart"/>
            <w:r w:rsidRPr="00B80CF6">
              <w:rPr>
                <w:rFonts w:ascii="Arial" w:hAnsi="Arial" w:cs="Arial"/>
                <w:b/>
                <w:bCs/>
              </w:rPr>
              <w:t>All</w:t>
            </w:r>
            <w:r w:rsidR="00C3080F" w:rsidRPr="00B80CF6">
              <w:rPr>
                <w:rFonts w:ascii="Arial" w:hAnsi="Arial" w:cs="Arial"/>
                <w:b/>
                <w:bCs/>
              </w:rPr>
              <w:t xml:space="preserve"> </w:t>
            </w:r>
            <w:r>
              <w:rPr>
                <w:rFonts w:ascii="Arial" w:hAnsi="Arial" w:cs="Arial"/>
                <w:b/>
                <w:bCs/>
              </w:rPr>
              <w:t>of</w:t>
            </w:r>
            <w:proofErr w:type="gramEnd"/>
            <w:r>
              <w:rPr>
                <w:rFonts w:ascii="Arial" w:hAnsi="Arial" w:cs="Arial"/>
                <w:b/>
                <w:bCs/>
              </w:rPr>
              <w:t xml:space="preserve"> </w:t>
            </w:r>
            <w:r w:rsidR="00C3080F" w:rsidRPr="00B80CF6">
              <w:rPr>
                <w:rFonts w:ascii="Arial" w:hAnsi="Arial" w:cs="Arial"/>
                <w:b/>
                <w:bCs/>
              </w:rPr>
              <w:t>the following:</w:t>
            </w:r>
          </w:p>
          <w:p w14:paraId="40CB6F48" w14:textId="77777777" w:rsidR="00C3080F" w:rsidRDefault="00C3080F" w:rsidP="00C3080F">
            <w:pPr>
              <w:pStyle w:val="ListParagraph"/>
              <w:numPr>
                <w:ilvl w:val="0"/>
                <w:numId w:val="20"/>
              </w:numPr>
              <w:ind w:left="315"/>
              <w:rPr>
                <w:rFonts w:ascii="Arial" w:hAnsi="Arial" w:cs="Arial"/>
              </w:rPr>
            </w:pPr>
            <w:r w:rsidRPr="002D6D07">
              <w:rPr>
                <w:rFonts w:ascii="Arial" w:hAnsi="Arial" w:cs="Arial"/>
              </w:rPr>
              <w:t>Foreign passport or Single Journey Travel Document</w:t>
            </w:r>
            <w:r>
              <w:rPr>
                <w:rFonts w:ascii="Arial" w:hAnsi="Arial" w:cs="Arial"/>
              </w:rPr>
              <w:t xml:space="preserve"> (IMM 5485)</w:t>
            </w:r>
          </w:p>
          <w:p w14:paraId="5778E23D" w14:textId="77777777" w:rsidR="00C3080F" w:rsidRDefault="00C3080F" w:rsidP="00C3080F">
            <w:pPr>
              <w:pStyle w:val="ListParagraph"/>
              <w:numPr>
                <w:ilvl w:val="0"/>
                <w:numId w:val="20"/>
              </w:numPr>
              <w:ind w:left="315"/>
              <w:rPr>
                <w:rFonts w:ascii="Arial" w:hAnsi="Arial" w:cs="Arial"/>
              </w:rPr>
            </w:pPr>
            <w:r>
              <w:rPr>
                <w:rFonts w:ascii="Arial" w:hAnsi="Arial" w:cs="Arial"/>
              </w:rPr>
              <w:t>S</w:t>
            </w:r>
            <w:r w:rsidRPr="002D6D07">
              <w:rPr>
                <w:rFonts w:ascii="Arial" w:hAnsi="Arial" w:cs="Arial"/>
              </w:rPr>
              <w:t>tudy permit</w:t>
            </w:r>
          </w:p>
          <w:p w14:paraId="7D117DFE" w14:textId="2E5C0E11" w:rsidR="00C3080F" w:rsidRDefault="00C3080F" w:rsidP="00C3080F">
            <w:pPr>
              <w:pStyle w:val="ListParagraph"/>
              <w:numPr>
                <w:ilvl w:val="0"/>
                <w:numId w:val="20"/>
              </w:numPr>
              <w:ind w:left="315"/>
              <w:rPr>
                <w:rFonts w:ascii="Arial" w:hAnsi="Arial" w:cs="Arial"/>
              </w:rPr>
            </w:pPr>
            <w:r>
              <w:rPr>
                <w:rFonts w:ascii="Arial" w:hAnsi="Arial" w:cs="Arial"/>
              </w:rPr>
              <w:t>Notice of Decisio</w:t>
            </w:r>
            <w:r w:rsidR="00941258">
              <w:rPr>
                <w:rFonts w:ascii="Arial" w:hAnsi="Arial" w:cs="Arial"/>
              </w:rPr>
              <w:t>n or Protected Person Status Document (IMM 5520)</w:t>
            </w:r>
          </w:p>
          <w:p w14:paraId="43B3141C" w14:textId="6E970241" w:rsidR="000205E3" w:rsidRDefault="000205E3" w:rsidP="0022473D">
            <w:pPr>
              <w:rPr>
                <w:rFonts w:ascii="Arial" w:hAnsi="Arial" w:cs="Arial"/>
              </w:rPr>
            </w:pPr>
          </w:p>
        </w:tc>
        <w:tc>
          <w:tcPr>
            <w:tcW w:w="4101" w:type="dxa"/>
          </w:tcPr>
          <w:p w14:paraId="48174DFD" w14:textId="428790C4" w:rsidR="000205E3" w:rsidRDefault="00547C37">
            <w:pPr>
              <w:rPr>
                <w:rFonts w:ascii="Arial" w:hAnsi="Arial" w:cs="Arial"/>
              </w:rPr>
            </w:pPr>
            <w:r>
              <w:rPr>
                <w:rFonts w:ascii="Arial" w:hAnsi="Arial" w:cs="Arial"/>
              </w:rPr>
              <w:t>N/A</w:t>
            </w:r>
          </w:p>
        </w:tc>
      </w:tr>
      <w:tr w:rsidR="0057298F" w:rsidRPr="00F760C4" w14:paraId="26CBFEC3" w14:textId="77777777" w:rsidTr="0022473D">
        <w:tc>
          <w:tcPr>
            <w:tcW w:w="2405" w:type="dxa"/>
          </w:tcPr>
          <w:p w14:paraId="4C22AD10" w14:textId="0E3737D1" w:rsidR="0057298F" w:rsidRPr="00DD051D" w:rsidRDefault="00495406">
            <w:pPr>
              <w:rPr>
                <w:rFonts w:ascii="Arial" w:hAnsi="Arial" w:cs="Arial"/>
                <w:b/>
                <w:bCs/>
              </w:rPr>
            </w:pPr>
            <w:r w:rsidRPr="00DD051D">
              <w:rPr>
                <w:rFonts w:ascii="Arial" w:hAnsi="Arial" w:cs="Arial"/>
                <w:b/>
                <w:bCs/>
              </w:rPr>
              <w:t>Dependents of Convention Refugees (Protected Persons)</w:t>
            </w:r>
          </w:p>
        </w:tc>
        <w:tc>
          <w:tcPr>
            <w:tcW w:w="3119" w:type="dxa"/>
            <w:gridSpan w:val="2"/>
          </w:tcPr>
          <w:p w14:paraId="52C1F420" w14:textId="7E3ADF6E" w:rsidR="002D6D07" w:rsidRDefault="00B80CF6">
            <w:pPr>
              <w:rPr>
                <w:rFonts w:ascii="Arial" w:hAnsi="Arial" w:cs="Arial"/>
              </w:rPr>
            </w:pPr>
            <w:proofErr w:type="gramStart"/>
            <w:r w:rsidRPr="00B80CF6">
              <w:rPr>
                <w:rFonts w:ascii="Arial" w:hAnsi="Arial" w:cs="Arial"/>
                <w:b/>
                <w:bCs/>
              </w:rPr>
              <w:t>All</w:t>
            </w:r>
            <w:r w:rsidR="002D6D07" w:rsidRPr="00B80CF6">
              <w:rPr>
                <w:rFonts w:ascii="Arial" w:hAnsi="Arial" w:cs="Arial"/>
                <w:b/>
                <w:bCs/>
              </w:rPr>
              <w:t xml:space="preserve"> </w:t>
            </w:r>
            <w:r>
              <w:rPr>
                <w:rFonts w:ascii="Arial" w:hAnsi="Arial" w:cs="Arial"/>
                <w:b/>
                <w:bCs/>
              </w:rPr>
              <w:t>of</w:t>
            </w:r>
            <w:proofErr w:type="gramEnd"/>
            <w:r>
              <w:rPr>
                <w:rFonts w:ascii="Arial" w:hAnsi="Arial" w:cs="Arial"/>
                <w:b/>
                <w:bCs/>
              </w:rPr>
              <w:t xml:space="preserve"> </w:t>
            </w:r>
            <w:r w:rsidR="002D6D07" w:rsidRPr="00B80CF6">
              <w:rPr>
                <w:rFonts w:ascii="Arial" w:hAnsi="Arial" w:cs="Arial"/>
                <w:b/>
                <w:bCs/>
              </w:rPr>
              <w:t>the following:</w:t>
            </w:r>
          </w:p>
          <w:p w14:paraId="56837D94" w14:textId="77777777" w:rsidR="002D6D07" w:rsidRDefault="00495406" w:rsidP="002D6D07">
            <w:pPr>
              <w:pStyle w:val="ListParagraph"/>
              <w:numPr>
                <w:ilvl w:val="0"/>
                <w:numId w:val="20"/>
              </w:numPr>
              <w:ind w:left="315"/>
              <w:rPr>
                <w:rFonts w:ascii="Arial" w:hAnsi="Arial" w:cs="Arial"/>
              </w:rPr>
            </w:pPr>
            <w:r w:rsidRPr="002D6D07">
              <w:rPr>
                <w:rFonts w:ascii="Arial" w:hAnsi="Arial" w:cs="Arial"/>
              </w:rPr>
              <w:t>Foreign passport or Single Journey Travel Document</w:t>
            </w:r>
            <w:r w:rsidR="002D6D07">
              <w:rPr>
                <w:rFonts w:ascii="Arial" w:hAnsi="Arial" w:cs="Arial"/>
              </w:rPr>
              <w:t xml:space="preserve"> (IMM 5485)</w:t>
            </w:r>
          </w:p>
          <w:p w14:paraId="5FB5395D" w14:textId="77777777" w:rsidR="002D6D07" w:rsidRDefault="002D6D07" w:rsidP="002D6D07">
            <w:pPr>
              <w:pStyle w:val="ListParagraph"/>
              <w:numPr>
                <w:ilvl w:val="0"/>
                <w:numId w:val="20"/>
              </w:numPr>
              <w:ind w:left="315"/>
              <w:rPr>
                <w:rFonts w:ascii="Arial" w:hAnsi="Arial" w:cs="Arial"/>
              </w:rPr>
            </w:pPr>
            <w:r>
              <w:rPr>
                <w:rFonts w:ascii="Arial" w:hAnsi="Arial" w:cs="Arial"/>
              </w:rPr>
              <w:t>S</w:t>
            </w:r>
            <w:r w:rsidRPr="002D6D07">
              <w:rPr>
                <w:rFonts w:ascii="Arial" w:hAnsi="Arial" w:cs="Arial"/>
              </w:rPr>
              <w:t>tudy permit</w:t>
            </w:r>
          </w:p>
          <w:p w14:paraId="509CB7D0" w14:textId="77777777" w:rsidR="0057298F" w:rsidRDefault="002D6D07" w:rsidP="002D6D07">
            <w:pPr>
              <w:pStyle w:val="ListParagraph"/>
              <w:numPr>
                <w:ilvl w:val="0"/>
                <w:numId w:val="20"/>
              </w:numPr>
              <w:ind w:left="315"/>
              <w:rPr>
                <w:rFonts w:ascii="Arial" w:hAnsi="Arial" w:cs="Arial"/>
              </w:rPr>
            </w:pPr>
            <w:r>
              <w:rPr>
                <w:rFonts w:ascii="Arial" w:hAnsi="Arial" w:cs="Arial"/>
              </w:rPr>
              <w:t>P</w:t>
            </w:r>
            <w:r w:rsidRPr="002D6D07">
              <w:rPr>
                <w:rFonts w:ascii="Arial" w:hAnsi="Arial" w:cs="Arial"/>
              </w:rPr>
              <w:t>roof of dependent relationship</w:t>
            </w:r>
          </w:p>
          <w:p w14:paraId="6AA55F98" w14:textId="46669E9E" w:rsidR="002D6D07" w:rsidRPr="002D6D07" w:rsidRDefault="002D6D07" w:rsidP="002D6D07">
            <w:pPr>
              <w:pStyle w:val="ListParagraph"/>
              <w:ind w:left="315"/>
              <w:rPr>
                <w:rFonts w:ascii="Arial" w:hAnsi="Arial" w:cs="Arial"/>
              </w:rPr>
            </w:pPr>
          </w:p>
        </w:tc>
        <w:tc>
          <w:tcPr>
            <w:tcW w:w="4101" w:type="dxa"/>
          </w:tcPr>
          <w:p w14:paraId="5E54DA9E" w14:textId="14C1B678" w:rsidR="002625DD" w:rsidRPr="00B80CF6" w:rsidRDefault="00B80CF6" w:rsidP="002625DD">
            <w:pPr>
              <w:rPr>
                <w:rFonts w:ascii="Arial" w:hAnsi="Arial" w:cs="Arial"/>
                <w:b/>
                <w:bCs/>
              </w:rPr>
            </w:pPr>
            <w:proofErr w:type="gramStart"/>
            <w:r w:rsidRPr="00B80CF6">
              <w:rPr>
                <w:rFonts w:ascii="Arial" w:hAnsi="Arial" w:cs="Arial"/>
                <w:b/>
                <w:bCs/>
              </w:rPr>
              <w:t>All</w:t>
            </w:r>
            <w:r w:rsidR="002625DD" w:rsidRPr="00B80CF6">
              <w:rPr>
                <w:rFonts w:ascii="Arial" w:hAnsi="Arial" w:cs="Arial"/>
                <w:b/>
                <w:bCs/>
              </w:rPr>
              <w:t xml:space="preserve"> </w:t>
            </w:r>
            <w:r>
              <w:rPr>
                <w:rFonts w:ascii="Arial" w:hAnsi="Arial" w:cs="Arial"/>
                <w:b/>
                <w:bCs/>
              </w:rPr>
              <w:t>of</w:t>
            </w:r>
            <w:proofErr w:type="gramEnd"/>
            <w:r>
              <w:rPr>
                <w:rFonts w:ascii="Arial" w:hAnsi="Arial" w:cs="Arial"/>
                <w:b/>
                <w:bCs/>
              </w:rPr>
              <w:t xml:space="preserve"> </w:t>
            </w:r>
            <w:r w:rsidR="002625DD" w:rsidRPr="00B80CF6">
              <w:rPr>
                <w:rFonts w:ascii="Arial" w:hAnsi="Arial" w:cs="Arial"/>
                <w:b/>
                <w:bCs/>
              </w:rPr>
              <w:t>the following:</w:t>
            </w:r>
          </w:p>
          <w:p w14:paraId="7E286D59" w14:textId="55454AD6" w:rsidR="00547C37" w:rsidRDefault="00547C37" w:rsidP="00547C37">
            <w:pPr>
              <w:pStyle w:val="ListParagraph"/>
              <w:numPr>
                <w:ilvl w:val="0"/>
                <w:numId w:val="20"/>
              </w:numPr>
              <w:ind w:left="315"/>
              <w:rPr>
                <w:rFonts w:ascii="Arial" w:hAnsi="Arial" w:cs="Arial"/>
              </w:rPr>
            </w:pPr>
            <w:r w:rsidRPr="002D6D07">
              <w:rPr>
                <w:rFonts w:ascii="Arial" w:hAnsi="Arial" w:cs="Arial"/>
              </w:rPr>
              <w:t>Foreign passport or Single Journey Travel Document</w:t>
            </w:r>
            <w:r>
              <w:rPr>
                <w:rFonts w:ascii="Arial" w:hAnsi="Arial" w:cs="Arial"/>
              </w:rPr>
              <w:t xml:space="preserve"> (IMM 5485)</w:t>
            </w:r>
          </w:p>
          <w:p w14:paraId="14CA16A9" w14:textId="77777777" w:rsidR="00547C37" w:rsidRDefault="00547C37" w:rsidP="00547C37">
            <w:pPr>
              <w:pStyle w:val="ListParagraph"/>
              <w:numPr>
                <w:ilvl w:val="0"/>
                <w:numId w:val="20"/>
              </w:numPr>
              <w:ind w:left="315"/>
              <w:rPr>
                <w:rFonts w:ascii="Arial" w:hAnsi="Arial" w:cs="Arial"/>
              </w:rPr>
            </w:pPr>
            <w:r>
              <w:rPr>
                <w:rFonts w:ascii="Arial" w:hAnsi="Arial" w:cs="Arial"/>
              </w:rPr>
              <w:t>Notice of Decision or Protected Person Status Document (IMM 5520)</w:t>
            </w:r>
          </w:p>
          <w:p w14:paraId="31093FA3" w14:textId="65C97F60" w:rsidR="0057298F" w:rsidRPr="00F760C4" w:rsidRDefault="0057298F">
            <w:pPr>
              <w:rPr>
                <w:rFonts w:ascii="Arial" w:hAnsi="Arial" w:cs="Arial"/>
              </w:rPr>
            </w:pPr>
          </w:p>
        </w:tc>
      </w:tr>
      <w:tr w:rsidR="0022473D" w:rsidRPr="00F760C4" w14:paraId="7CE82733" w14:textId="77777777" w:rsidTr="0022473D">
        <w:trPr>
          <w:trHeight w:val="1592"/>
        </w:trPr>
        <w:tc>
          <w:tcPr>
            <w:tcW w:w="9625" w:type="dxa"/>
            <w:gridSpan w:val="4"/>
            <w:shd w:val="clear" w:color="auto" w:fill="D9D9D9" w:themeFill="background1" w:themeFillShade="D9"/>
          </w:tcPr>
          <w:p w14:paraId="25BC817E" w14:textId="77777777" w:rsidR="0022473D" w:rsidRPr="0022473D" w:rsidRDefault="0022473D" w:rsidP="002625DD">
            <w:pPr>
              <w:rPr>
                <w:rFonts w:ascii="Arial" w:hAnsi="Arial" w:cs="Arial"/>
                <w:b/>
                <w:bCs/>
              </w:rPr>
            </w:pPr>
            <w:r w:rsidRPr="0022473D">
              <w:rPr>
                <w:rFonts w:ascii="Arial" w:hAnsi="Arial" w:cs="Arial"/>
                <w:b/>
                <w:bCs/>
              </w:rPr>
              <w:t>OFFICE USE ONLY:</w:t>
            </w:r>
          </w:p>
          <w:p w14:paraId="3524A24C" w14:textId="77777777" w:rsidR="0022473D" w:rsidRDefault="0022473D" w:rsidP="002625DD">
            <w:pPr>
              <w:rPr>
                <w:rFonts w:ascii="Arial" w:hAnsi="Arial" w:cs="Arial"/>
              </w:rPr>
            </w:pPr>
          </w:p>
          <w:p w14:paraId="4324BA55" w14:textId="502B453F" w:rsidR="0022473D" w:rsidRDefault="0022473D" w:rsidP="002625DD">
            <w:pPr>
              <w:rPr>
                <w:rFonts w:ascii="Arial" w:hAnsi="Arial" w:cs="Arial"/>
              </w:rPr>
            </w:pPr>
            <w:r>
              <w:rPr>
                <w:rFonts w:ascii="Arial" w:hAnsi="Arial" w:cs="Arial"/>
              </w:rPr>
              <w:t xml:space="preserve">Effective Term: </w:t>
            </w:r>
          </w:p>
          <w:p w14:paraId="5D77EEA4" w14:textId="77777777" w:rsidR="0022473D" w:rsidRDefault="0022473D" w:rsidP="002625DD">
            <w:pPr>
              <w:rPr>
                <w:rFonts w:ascii="Arial" w:hAnsi="Arial" w:cs="Arial"/>
              </w:rPr>
            </w:pPr>
          </w:p>
          <w:p w14:paraId="03D426FB" w14:textId="1413A19A" w:rsidR="0022473D" w:rsidRDefault="0022473D" w:rsidP="002625DD">
            <w:pPr>
              <w:rPr>
                <w:rFonts w:ascii="Arial" w:hAnsi="Arial" w:cs="Arial"/>
              </w:rPr>
            </w:pPr>
            <w:r>
              <w:rPr>
                <w:rFonts w:ascii="Arial" w:hAnsi="Arial" w:cs="Arial"/>
              </w:rPr>
              <w:t xml:space="preserve">Status: </w:t>
            </w:r>
          </w:p>
        </w:tc>
      </w:tr>
    </w:tbl>
    <w:p w14:paraId="5C624D0D" w14:textId="77777777" w:rsidR="0022473D" w:rsidRDefault="0022473D" w:rsidP="00F46FC9">
      <w:pPr>
        <w:rPr>
          <w:rFonts w:ascii="Arial" w:hAnsi="Arial" w:cs="Arial"/>
        </w:rPr>
      </w:pPr>
    </w:p>
    <w:p w14:paraId="1E8DAC69" w14:textId="77777777" w:rsidR="0022473D" w:rsidRDefault="00495406">
      <w:pPr>
        <w:rPr>
          <w:rFonts w:ascii="Arial" w:hAnsi="Arial" w:cs="Arial"/>
          <w:b/>
          <w:bCs/>
          <w:sz w:val="20"/>
          <w:szCs w:val="20"/>
        </w:rPr>
      </w:pPr>
      <w:r w:rsidRPr="0022473D">
        <w:rPr>
          <w:rFonts w:ascii="Arial" w:hAnsi="Arial" w:cs="Arial"/>
          <w:b/>
          <w:bCs/>
          <w:sz w:val="20"/>
          <w:szCs w:val="20"/>
        </w:rPr>
        <w:t>FIPPA Notice</w:t>
      </w:r>
      <w:r w:rsidR="0022473D" w:rsidRPr="0022473D">
        <w:rPr>
          <w:rFonts w:ascii="Arial" w:hAnsi="Arial" w:cs="Arial"/>
          <w:b/>
          <w:bCs/>
          <w:sz w:val="20"/>
          <w:szCs w:val="20"/>
        </w:rPr>
        <w:t xml:space="preserve">: </w:t>
      </w:r>
    </w:p>
    <w:p w14:paraId="4B24314E" w14:textId="323E63F6" w:rsidR="00EC057E" w:rsidRPr="0022473D" w:rsidRDefault="00DC678C">
      <w:pPr>
        <w:rPr>
          <w:rFonts w:ascii="Arial" w:hAnsi="Arial" w:cs="Arial"/>
        </w:rPr>
      </w:pPr>
      <w:r w:rsidRPr="0022473D">
        <w:rPr>
          <w:rFonts w:ascii="Arial" w:hAnsi="Arial" w:cs="Arial"/>
          <w:i/>
          <w:iCs/>
        </w:rPr>
        <w:t>The information gathered on this form is collected under the authority of the McMaster University Act, 1976. The information is used for the academic, administrative, financial and statistical purposes of the University including, but not limited to, admissions; registration and maintaining records; awards and scholarships; convocation; provision of student services, including access to information systems; alumni; and disclosure to or on behalf of the applicable McMaster student government. This information is protected and is being collected under section 39(2) and section 42 of the Freedom of Information and Protection of Privacy Act of Ontario (RSO 1990). Questions regarding the collection or use of this personal information should be directed to the University Registrar, University Hall, Room 209, McMaster University.</w:t>
      </w:r>
    </w:p>
    <w:sectPr w:rsidR="00EC057E" w:rsidRPr="0022473D" w:rsidSect="0022473D">
      <w:footerReference w:type="default" r:id="rId12"/>
      <w:headerReference w:type="first" r:id="rId13"/>
      <w:footerReference w:type="first" r:id="rId14"/>
      <w:pgSz w:w="12240" w:h="15840"/>
      <w:pgMar w:top="1440" w:right="1080" w:bottom="117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09AC6" w14:textId="77777777" w:rsidR="0047064A" w:rsidRDefault="0047064A" w:rsidP="00EC40F8">
      <w:pPr>
        <w:spacing w:after="0" w:line="240" w:lineRule="auto"/>
      </w:pPr>
      <w:r>
        <w:separator/>
      </w:r>
    </w:p>
  </w:endnote>
  <w:endnote w:type="continuationSeparator" w:id="0">
    <w:p w14:paraId="3E748F14" w14:textId="77777777" w:rsidR="0047064A" w:rsidRDefault="0047064A" w:rsidP="00EC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82409"/>
      <w:docPartObj>
        <w:docPartGallery w:val="Page Numbers (Bottom of Page)"/>
        <w:docPartUnique/>
      </w:docPartObj>
    </w:sdtPr>
    <w:sdtEndPr/>
    <w:sdtContent>
      <w:sdt>
        <w:sdtPr>
          <w:id w:val="1251925738"/>
          <w:docPartObj>
            <w:docPartGallery w:val="Page Numbers (Top of Page)"/>
            <w:docPartUnique/>
          </w:docPartObj>
        </w:sdtPr>
        <w:sdtEndPr/>
        <w:sdtContent>
          <w:p w14:paraId="21F303B2" w14:textId="7D26EE50" w:rsidR="0008557E" w:rsidRPr="0008557E" w:rsidRDefault="0008557E" w:rsidP="0008557E">
            <w:pPr>
              <w:rPr>
                <w:rFonts w:ascii="Arial" w:eastAsia="Arial" w:hAnsi="Arial" w:cs="Times New Roman"/>
              </w:rPr>
            </w:pPr>
            <w:r w:rsidRPr="00C1130F">
              <w:rPr>
                <w:rFonts w:ascii="Arial" w:eastAsia="Arial" w:hAnsi="Arial" w:cs="Times New Roman"/>
                <w:noProof/>
              </w:rPr>
              <mc:AlternateContent>
                <mc:Choice Requires="wps">
                  <w:drawing>
                    <wp:anchor distT="0" distB="0" distL="114300" distR="114300" simplePos="0" relativeHeight="251665408" behindDoc="0" locked="0" layoutInCell="1" allowOverlap="1" wp14:anchorId="1E63A499" wp14:editId="6FAE56FF">
                      <wp:simplePos x="0" y="0"/>
                      <wp:positionH relativeFrom="margin">
                        <wp:posOffset>872836</wp:posOffset>
                      </wp:positionH>
                      <wp:positionV relativeFrom="paragraph">
                        <wp:posOffset>173124</wp:posOffset>
                      </wp:positionV>
                      <wp:extent cx="5012575" cy="0"/>
                      <wp:effectExtent l="0" t="0" r="17145" b="12700"/>
                      <wp:wrapNone/>
                      <wp:docPr id="1843659938"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12575" cy="0"/>
                              </a:xfrm>
                              <a:prstGeom prst="line">
                                <a:avLst/>
                              </a:prstGeom>
                              <a:noFill/>
                              <a:ln w="6350" cap="flat" cmpd="sng" algn="ctr">
                                <a:solidFill>
                                  <a:srgbClr val="495965"/>
                                </a:solidFill>
                                <a:prstDash val="solid"/>
                                <a:miter lim="800000"/>
                              </a:ln>
                              <a:effectLst/>
                            </wps:spPr>
                            <wps:bodyPr/>
                          </wps:wsp>
                        </a:graphicData>
                      </a:graphic>
                      <wp14:sizeRelH relativeFrom="margin">
                        <wp14:pctWidth>0</wp14:pctWidth>
                      </wp14:sizeRelH>
                    </wp:anchor>
                  </w:drawing>
                </mc:Choice>
                <mc:Fallback>
                  <w:pict>
                    <v:line w14:anchorId="43493CAC" id="Straight Connector 3" o:spid="_x0000_s1026" alt="&quot;&quot;"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8.75pt,13.65pt" to="463.4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" strokecolor="#495965" strokeweight=".5pt">
                      <v:stroke joinstyle="miter"/>
                      <w10:wrap anchorx="margin"/>
                    </v:line>
                  </w:pict>
                </mc:Fallback>
              </mc:AlternateContent>
            </w:r>
            <w:r w:rsidRPr="00C1130F">
              <w:rPr>
                <w:rFonts w:ascii="Arial" w:eastAsia="Arial" w:hAnsi="Arial" w:cs="Times New Roman"/>
                <w:noProof/>
              </w:rPr>
              <w:drawing>
                <wp:inline distT="0" distB="0" distL="0" distR="0" wp14:anchorId="0E4C778A" wp14:editId="2692A933">
                  <wp:extent cx="722625" cy="488698"/>
                  <wp:effectExtent l="0" t="0" r="1905" b="0"/>
                  <wp:docPr id="311508239" name="Graphic 2" descr="Brighter Wor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393359" name="Graphic 2" descr="Brighter World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87563" cy="532614"/>
                          </a:xfrm>
                          <a:prstGeom prst="rect">
                            <a:avLst/>
                          </a:prstGeom>
                        </pic:spPr>
                      </pic:pic>
                    </a:graphicData>
                  </a:graphic>
                </wp:inline>
              </w:drawing>
            </w:r>
            <w:r>
              <w:ptab w:relativeTo="margin" w:alignment="right" w:leader="none"/>
            </w:r>
            <w:r w:rsidRPr="00C1130F">
              <w:t xml:space="preserve">Page </w:t>
            </w:r>
            <w:r w:rsidRPr="00C1130F">
              <w:fldChar w:fldCharType="begin"/>
            </w:r>
            <w:r w:rsidRPr="00C1130F">
              <w:instrText xml:space="preserve"> PAGE </w:instrText>
            </w:r>
            <w:r w:rsidRPr="00C1130F">
              <w:fldChar w:fldCharType="separate"/>
            </w:r>
            <w:r>
              <w:t>1</w:t>
            </w:r>
            <w:r w:rsidRPr="00C1130F">
              <w:fldChar w:fldCharType="end"/>
            </w:r>
            <w:r w:rsidRPr="00C1130F">
              <w:t xml:space="preserve"> of </w:t>
            </w:r>
            <w:r>
              <w:fldChar w:fldCharType="begin"/>
            </w:r>
            <w:r>
              <w:instrText>NUMPAGES</w:instrText>
            </w:r>
            <w:r>
              <w:fldChar w:fldCharType="separate"/>
            </w:r>
            <w:r>
              <w:t>3</w:t>
            </w:r>
            <w: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836527"/>
      <w:docPartObj>
        <w:docPartGallery w:val="Page Numbers (Bottom of Page)"/>
        <w:docPartUnique/>
      </w:docPartObj>
    </w:sdtPr>
    <w:sdtEndPr/>
    <w:sdtContent>
      <w:sdt>
        <w:sdtPr>
          <w:id w:val="-1600632123"/>
          <w:docPartObj>
            <w:docPartGallery w:val="Page Numbers (Top of Page)"/>
            <w:docPartUnique/>
          </w:docPartObj>
        </w:sdtPr>
        <w:sdtEndPr/>
        <w:sdtContent>
          <w:p w14:paraId="746BB8DE" w14:textId="63698504" w:rsidR="00BE29CD" w:rsidRPr="00BE29CD" w:rsidRDefault="00BE29CD" w:rsidP="00BE29CD">
            <w:pPr>
              <w:rPr>
                <w:rFonts w:ascii="Arial" w:eastAsia="Arial" w:hAnsi="Arial" w:cs="Times New Roman"/>
              </w:rPr>
            </w:pPr>
            <w:r w:rsidRPr="00C1130F">
              <w:rPr>
                <w:rFonts w:ascii="Arial" w:eastAsia="Arial" w:hAnsi="Arial" w:cs="Times New Roman"/>
                <w:noProof/>
              </w:rPr>
              <mc:AlternateContent>
                <mc:Choice Requires="wps">
                  <w:drawing>
                    <wp:anchor distT="0" distB="0" distL="114300" distR="114300" simplePos="0" relativeHeight="251663360" behindDoc="0" locked="0" layoutInCell="1" allowOverlap="1" wp14:anchorId="7819985E" wp14:editId="08F753F9">
                      <wp:simplePos x="0" y="0"/>
                      <wp:positionH relativeFrom="margin">
                        <wp:posOffset>872836</wp:posOffset>
                      </wp:positionH>
                      <wp:positionV relativeFrom="paragraph">
                        <wp:posOffset>173124</wp:posOffset>
                      </wp:positionV>
                      <wp:extent cx="5012575" cy="0"/>
                      <wp:effectExtent l="0" t="0" r="17145" b="12700"/>
                      <wp:wrapNone/>
                      <wp:docPr id="41102025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12575" cy="0"/>
                              </a:xfrm>
                              <a:prstGeom prst="line">
                                <a:avLst/>
                              </a:prstGeom>
                              <a:noFill/>
                              <a:ln w="6350" cap="flat" cmpd="sng" algn="ctr">
                                <a:solidFill>
                                  <a:srgbClr val="495965"/>
                                </a:solidFill>
                                <a:prstDash val="solid"/>
                                <a:miter lim="800000"/>
                              </a:ln>
                              <a:effectLst/>
                            </wps:spPr>
                            <wps:bodyPr/>
                          </wps:wsp>
                        </a:graphicData>
                      </a:graphic>
                      <wp14:sizeRelH relativeFrom="margin">
                        <wp14:pctWidth>0</wp14:pctWidth>
                      </wp14:sizeRelH>
                    </wp:anchor>
                  </w:drawing>
                </mc:Choice>
                <mc:Fallback>
                  <w:pict>
                    <v:line w14:anchorId="6CB9B04E" id="Straight Connector 3" o:spid="_x0000_s1026" alt="&quot;&quot;"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8.75pt,13.65pt" to="463.4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" strokecolor="#495965" strokeweight=".5pt">
                      <v:stroke joinstyle="miter"/>
                      <w10:wrap anchorx="margin"/>
                    </v:line>
                  </w:pict>
                </mc:Fallback>
              </mc:AlternateContent>
            </w:r>
            <w:r w:rsidRPr="00C1130F">
              <w:rPr>
                <w:rFonts w:ascii="Arial" w:eastAsia="Arial" w:hAnsi="Arial" w:cs="Times New Roman"/>
                <w:noProof/>
              </w:rPr>
              <w:drawing>
                <wp:inline distT="0" distB="0" distL="0" distR="0" wp14:anchorId="135D3AAC" wp14:editId="7AA08956">
                  <wp:extent cx="722625" cy="488698"/>
                  <wp:effectExtent l="0" t="0" r="1905" b="0"/>
                  <wp:docPr id="1021242968" name="Graphic 2" descr="Brighter Wor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393359" name="Graphic 2" descr="Brighter World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87563" cy="532614"/>
                          </a:xfrm>
                          <a:prstGeom prst="rect">
                            <a:avLst/>
                          </a:prstGeom>
                        </pic:spPr>
                      </pic:pic>
                    </a:graphicData>
                  </a:graphic>
                </wp:inline>
              </w:drawing>
            </w:r>
            <w:r>
              <w:ptab w:relativeTo="margin" w:alignment="right" w:leader="none"/>
            </w:r>
            <w:r w:rsidRPr="00C1130F">
              <w:t xml:space="preserve">Page </w:t>
            </w:r>
            <w:r w:rsidRPr="00C1130F">
              <w:fldChar w:fldCharType="begin"/>
            </w:r>
            <w:r w:rsidRPr="00C1130F">
              <w:instrText xml:space="preserve"> PAGE </w:instrText>
            </w:r>
            <w:r w:rsidRPr="00C1130F">
              <w:fldChar w:fldCharType="separate"/>
            </w:r>
            <w:r>
              <w:t>1</w:t>
            </w:r>
            <w:r w:rsidRPr="00C1130F">
              <w:fldChar w:fldCharType="end"/>
            </w:r>
            <w:r w:rsidRPr="00C1130F">
              <w:t xml:space="preserve"> of </w:t>
            </w:r>
            <w:r>
              <w:fldChar w:fldCharType="begin"/>
            </w:r>
            <w:r>
              <w:instrText>NUMPAGES</w:instrText>
            </w:r>
            <w:r>
              <w:fldChar w:fldCharType="separate"/>
            </w:r>
            <w:r>
              <w:t>3</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2539B" w14:textId="77777777" w:rsidR="0047064A" w:rsidRDefault="0047064A" w:rsidP="00EC40F8">
      <w:pPr>
        <w:spacing w:after="0" w:line="240" w:lineRule="auto"/>
      </w:pPr>
      <w:r>
        <w:separator/>
      </w:r>
    </w:p>
  </w:footnote>
  <w:footnote w:type="continuationSeparator" w:id="0">
    <w:p w14:paraId="38FD064E" w14:textId="77777777" w:rsidR="0047064A" w:rsidRDefault="0047064A" w:rsidP="00EC4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966A" w14:textId="77777777" w:rsidR="005C5A31" w:rsidRPr="00CC3390" w:rsidRDefault="005C5A31" w:rsidP="005C5A31">
    <w:pPr>
      <w:pStyle w:val="ContactInformation"/>
      <w:ind w:left="7513" w:right="-7"/>
      <w:rPr>
        <w:color w:val="0D0D0D" w:themeColor="text1" w:themeTint="F2"/>
        <w:sz w:val="20"/>
        <w:szCs w:val="20"/>
      </w:rPr>
    </w:pPr>
    <w:r w:rsidRPr="00CC3390">
      <w:rPr>
        <w:noProof/>
        <w:color w:val="0D0D0D" w:themeColor="text1" w:themeTint="F2"/>
        <w:sz w:val="20"/>
        <w:szCs w:val="20"/>
      </w:rPr>
      <w:drawing>
        <wp:anchor distT="0" distB="0" distL="114300" distR="114300" simplePos="0" relativeHeight="251661312" behindDoc="0" locked="0" layoutInCell="1" allowOverlap="1" wp14:anchorId="4851155D" wp14:editId="69AD6142">
          <wp:simplePos x="0" y="0"/>
          <wp:positionH relativeFrom="column">
            <wp:posOffset>54339</wp:posOffset>
          </wp:positionH>
          <wp:positionV relativeFrom="paragraph">
            <wp:posOffset>93230</wp:posOffset>
          </wp:positionV>
          <wp:extent cx="1981200" cy="495300"/>
          <wp:effectExtent l="0" t="0" r="0" b="0"/>
          <wp:wrapNone/>
          <wp:docPr id="1635312186" name="Graphic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56111" name="Graphic 1" descr="A close up of a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495300"/>
                  </a:xfrm>
                  <a:prstGeom prst="rect">
                    <a:avLst/>
                  </a:prstGeom>
                </pic:spPr>
              </pic:pic>
            </a:graphicData>
          </a:graphic>
          <wp14:sizeRelH relativeFrom="page">
            <wp14:pctWidth>0</wp14:pctWidth>
          </wp14:sizeRelH>
          <wp14:sizeRelV relativeFrom="page">
            <wp14:pctHeight>0</wp14:pctHeight>
          </wp14:sizeRelV>
        </wp:anchor>
      </w:drawing>
    </w:r>
    <w:r w:rsidRPr="00CC3390">
      <w:rPr>
        <w:color w:val="0D0D0D" w:themeColor="text1" w:themeTint="F2"/>
        <w:sz w:val="20"/>
        <w:szCs w:val="20"/>
      </w:rPr>
      <w:t>Office of the Registrar</w:t>
    </w:r>
  </w:p>
  <w:p w14:paraId="0E5A340E" w14:textId="77777777" w:rsidR="005C5A31" w:rsidRPr="00CC3390" w:rsidRDefault="005C5A31" w:rsidP="005C5A31">
    <w:pPr>
      <w:pStyle w:val="ContactInformation"/>
      <w:ind w:left="7513"/>
      <w:rPr>
        <w:color w:val="0D0D0D" w:themeColor="text1" w:themeTint="F2"/>
        <w:lang w:val="en-US"/>
      </w:rPr>
    </w:pPr>
    <w:r w:rsidRPr="00CC3390">
      <w:rPr>
        <w:color w:val="0D0D0D" w:themeColor="text1" w:themeTint="F2"/>
      </w:rPr>
      <w:t>McMaster University</w:t>
    </w:r>
  </w:p>
  <w:p w14:paraId="358BC4DE" w14:textId="77777777" w:rsidR="005C5A31" w:rsidRPr="00CC3390" w:rsidRDefault="005C5A31" w:rsidP="005C5A31">
    <w:pPr>
      <w:pStyle w:val="ContactInformation"/>
      <w:ind w:left="7513"/>
      <w:rPr>
        <w:color w:val="0D0D0D" w:themeColor="text1" w:themeTint="F2"/>
      </w:rPr>
    </w:pPr>
    <w:r w:rsidRPr="00CC3390">
      <w:rPr>
        <w:color w:val="0D0D0D" w:themeColor="text1" w:themeTint="F2"/>
      </w:rPr>
      <w:t xml:space="preserve">1280 Main Street West, </w:t>
    </w:r>
  </w:p>
  <w:p w14:paraId="4E0C52F0" w14:textId="77777777" w:rsidR="005C5A31" w:rsidRPr="00CC3390" w:rsidRDefault="005C5A31" w:rsidP="005C5A31">
    <w:pPr>
      <w:pStyle w:val="ContactInformation"/>
      <w:ind w:left="7513"/>
      <w:rPr>
        <w:color w:val="0D0D0D" w:themeColor="text1" w:themeTint="F2"/>
      </w:rPr>
    </w:pPr>
    <w:r w:rsidRPr="00CC3390">
      <w:rPr>
        <w:color w:val="0D0D0D" w:themeColor="text1" w:themeTint="F2"/>
      </w:rPr>
      <w:t>Hamilton, ON L8S 4L8</w:t>
    </w:r>
  </w:p>
  <w:p w14:paraId="49D6964E" w14:textId="77777777" w:rsidR="005C5A31" w:rsidRPr="00C1569F" w:rsidRDefault="005C5A31" w:rsidP="005C5A31">
    <w:pPr>
      <w:pStyle w:val="ContactInformation"/>
      <w:ind w:left="7513"/>
      <w:rPr>
        <w:color w:val="9BBB59" w:themeColor="accent3"/>
        <w:lang w:val="en-US"/>
      </w:rPr>
    </w:pPr>
    <w:hyperlink r:id="rId2">
      <w:r w:rsidRPr="52815612">
        <w:rPr>
          <w:rStyle w:val="Hyperlink"/>
        </w:rPr>
        <w:t>www.registrar.mcmaster.ca</w:t>
      </w:r>
    </w:hyperlink>
  </w:p>
  <w:p w14:paraId="38AA5D59" w14:textId="77777777" w:rsidR="005C5A31" w:rsidRDefault="005C5A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D64A71"/>
    <w:multiLevelType w:val="hybridMultilevel"/>
    <w:tmpl w:val="2C46E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8E0834"/>
    <w:multiLevelType w:val="hybridMultilevel"/>
    <w:tmpl w:val="DE6C8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614BC7"/>
    <w:multiLevelType w:val="hybridMultilevel"/>
    <w:tmpl w:val="1B68C0C0"/>
    <w:lvl w:ilvl="0" w:tplc="1C52B8CE">
      <w:start w:val="1"/>
      <w:numFmt w:val="bullet"/>
      <w:lvlText w:val=""/>
      <w:lvlJc w:val="left"/>
      <w:pPr>
        <w:ind w:left="720" w:hanging="360"/>
      </w:pPr>
      <w:rPr>
        <w:rFonts w:ascii="Symbol" w:hAnsi="Symbol" w:hint="default"/>
      </w:rPr>
    </w:lvl>
    <w:lvl w:ilvl="1" w:tplc="5EA20B48">
      <w:start w:val="1"/>
      <w:numFmt w:val="bullet"/>
      <w:lvlText w:val="o"/>
      <w:lvlJc w:val="left"/>
      <w:pPr>
        <w:ind w:left="1440" w:hanging="360"/>
      </w:pPr>
      <w:rPr>
        <w:rFonts w:ascii="Courier New" w:hAnsi="Courier New" w:hint="default"/>
      </w:rPr>
    </w:lvl>
    <w:lvl w:ilvl="2" w:tplc="1A94E3CE">
      <w:start w:val="1"/>
      <w:numFmt w:val="bullet"/>
      <w:lvlText w:val=""/>
      <w:lvlJc w:val="left"/>
      <w:pPr>
        <w:ind w:left="2160" w:hanging="360"/>
      </w:pPr>
      <w:rPr>
        <w:rFonts w:ascii="Wingdings" w:hAnsi="Wingdings" w:hint="default"/>
      </w:rPr>
    </w:lvl>
    <w:lvl w:ilvl="3" w:tplc="11B473BE">
      <w:start w:val="1"/>
      <w:numFmt w:val="bullet"/>
      <w:lvlText w:val=""/>
      <w:lvlJc w:val="left"/>
      <w:pPr>
        <w:ind w:left="2880" w:hanging="360"/>
      </w:pPr>
      <w:rPr>
        <w:rFonts w:ascii="Symbol" w:hAnsi="Symbol" w:hint="default"/>
      </w:rPr>
    </w:lvl>
    <w:lvl w:ilvl="4" w:tplc="A404D808">
      <w:start w:val="1"/>
      <w:numFmt w:val="bullet"/>
      <w:lvlText w:val="o"/>
      <w:lvlJc w:val="left"/>
      <w:pPr>
        <w:ind w:left="3600" w:hanging="360"/>
      </w:pPr>
      <w:rPr>
        <w:rFonts w:ascii="Courier New" w:hAnsi="Courier New" w:hint="default"/>
      </w:rPr>
    </w:lvl>
    <w:lvl w:ilvl="5" w:tplc="5D5E7164">
      <w:start w:val="1"/>
      <w:numFmt w:val="bullet"/>
      <w:lvlText w:val=""/>
      <w:lvlJc w:val="left"/>
      <w:pPr>
        <w:ind w:left="4320" w:hanging="360"/>
      </w:pPr>
      <w:rPr>
        <w:rFonts w:ascii="Wingdings" w:hAnsi="Wingdings" w:hint="default"/>
      </w:rPr>
    </w:lvl>
    <w:lvl w:ilvl="6" w:tplc="8DCC714C">
      <w:start w:val="1"/>
      <w:numFmt w:val="bullet"/>
      <w:lvlText w:val=""/>
      <w:lvlJc w:val="left"/>
      <w:pPr>
        <w:ind w:left="5040" w:hanging="360"/>
      </w:pPr>
      <w:rPr>
        <w:rFonts w:ascii="Symbol" w:hAnsi="Symbol" w:hint="default"/>
      </w:rPr>
    </w:lvl>
    <w:lvl w:ilvl="7" w:tplc="072C7306">
      <w:start w:val="1"/>
      <w:numFmt w:val="bullet"/>
      <w:lvlText w:val="o"/>
      <w:lvlJc w:val="left"/>
      <w:pPr>
        <w:ind w:left="5760" w:hanging="360"/>
      </w:pPr>
      <w:rPr>
        <w:rFonts w:ascii="Courier New" w:hAnsi="Courier New" w:hint="default"/>
      </w:rPr>
    </w:lvl>
    <w:lvl w:ilvl="8" w:tplc="0CB8682A">
      <w:start w:val="1"/>
      <w:numFmt w:val="bullet"/>
      <w:lvlText w:val=""/>
      <w:lvlJc w:val="left"/>
      <w:pPr>
        <w:ind w:left="6480" w:hanging="360"/>
      </w:pPr>
      <w:rPr>
        <w:rFonts w:ascii="Wingdings" w:hAnsi="Wingdings" w:hint="default"/>
      </w:rPr>
    </w:lvl>
  </w:abstractNum>
  <w:abstractNum w:abstractNumId="12" w15:restartNumberingAfterBreak="0">
    <w:nsid w:val="14A246B6"/>
    <w:multiLevelType w:val="hybridMultilevel"/>
    <w:tmpl w:val="FC5CF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6A4151"/>
    <w:multiLevelType w:val="hybridMultilevel"/>
    <w:tmpl w:val="1504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740E03"/>
    <w:multiLevelType w:val="hybridMultilevel"/>
    <w:tmpl w:val="5866A4D4"/>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5" w15:restartNumberingAfterBreak="0">
    <w:nsid w:val="4ADA5F0A"/>
    <w:multiLevelType w:val="hybridMultilevel"/>
    <w:tmpl w:val="9FBC6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4100D"/>
    <w:multiLevelType w:val="hybridMultilevel"/>
    <w:tmpl w:val="C676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2161C3"/>
    <w:multiLevelType w:val="hybridMultilevel"/>
    <w:tmpl w:val="A20A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77358"/>
    <w:multiLevelType w:val="hybridMultilevel"/>
    <w:tmpl w:val="E0FC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4203CE"/>
    <w:multiLevelType w:val="hybridMultilevel"/>
    <w:tmpl w:val="2F80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323354"/>
    <w:multiLevelType w:val="hybridMultilevel"/>
    <w:tmpl w:val="CF522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0851583">
    <w:abstractNumId w:val="8"/>
  </w:num>
  <w:num w:numId="2" w16cid:durableId="139350305">
    <w:abstractNumId w:val="6"/>
  </w:num>
  <w:num w:numId="3" w16cid:durableId="1909415903">
    <w:abstractNumId w:val="5"/>
  </w:num>
  <w:num w:numId="4" w16cid:durableId="313531447">
    <w:abstractNumId w:val="4"/>
  </w:num>
  <w:num w:numId="5" w16cid:durableId="756950114">
    <w:abstractNumId w:val="7"/>
  </w:num>
  <w:num w:numId="6" w16cid:durableId="946429193">
    <w:abstractNumId w:val="3"/>
  </w:num>
  <w:num w:numId="7" w16cid:durableId="823425970">
    <w:abstractNumId w:val="2"/>
  </w:num>
  <w:num w:numId="8" w16cid:durableId="2101683425">
    <w:abstractNumId w:val="1"/>
  </w:num>
  <w:num w:numId="9" w16cid:durableId="1137525537">
    <w:abstractNumId w:val="0"/>
  </w:num>
  <w:num w:numId="10" w16cid:durableId="1152941603">
    <w:abstractNumId w:val="18"/>
  </w:num>
  <w:num w:numId="11" w16cid:durableId="1950701431">
    <w:abstractNumId w:val="14"/>
  </w:num>
  <w:num w:numId="12" w16cid:durableId="1889297648">
    <w:abstractNumId w:val="13"/>
  </w:num>
  <w:num w:numId="13" w16cid:durableId="272641176">
    <w:abstractNumId w:val="20"/>
  </w:num>
  <w:num w:numId="14" w16cid:durableId="1185435022">
    <w:abstractNumId w:val="9"/>
  </w:num>
  <w:num w:numId="15" w16cid:durableId="1927415488">
    <w:abstractNumId w:val="12"/>
  </w:num>
  <w:num w:numId="16" w16cid:durableId="452208964">
    <w:abstractNumId w:val="17"/>
  </w:num>
  <w:num w:numId="17" w16cid:durableId="739670119">
    <w:abstractNumId w:val="15"/>
  </w:num>
  <w:num w:numId="18" w16cid:durableId="297616467">
    <w:abstractNumId w:val="19"/>
  </w:num>
  <w:num w:numId="19" w16cid:durableId="1040667892">
    <w:abstractNumId w:val="16"/>
  </w:num>
  <w:num w:numId="20" w16cid:durableId="747851427">
    <w:abstractNumId w:val="10"/>
  </w:num>
  <w:num w:numId="21" w16cid:durableId="17648397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5E3"/>
    <w:rsid w:val="00034616"/>
    <w:rsid w:val="000354B1"/>
    <w:rsid w:val="00043683"/>
    <w:rsid w:val="0006063C"/>
    <w:rsid w:val="0006588A"/>
    <w:rsid w:val="00076FE0"/>
    <w:rsid w:val="0008557E"/>
    <w:rsid w:val="000D6132"/>
    <w:rsid w:val="000D7DDA"/>
    <w:rsid w:val="0015074B"/>
    <w:rsid w:val="00185F3B"/>
    <w:rsid w:val="00190D24"/>
    <w:rsid w:val="0022473D"/>
    <w:rsid w:val="002612CC"/>
    <w:rsid w:val="002625DD"/>
    <w:rsid w:val="0029639D"/>
    <w:rsid w:val="002D6D07"/>
    <w:rsid w:val="002F03A3"/>
    <w:rsid w:val="00326F90"/>
    <w:rsid w:val="00340D0C"/>
    <w:rsid w:val="003A0927"/>
    <w:rsid w:val="00401F63"/>
    <w:rsid w:val="00405B3A"/>
    <w:rsid w:val="00456849"/>
    <w:rsid w:val="0047064A"/>
    <w:rsid w:val="00495406"/>
    <w:rsid w:val="00496287"/>
    <w:rsid w:val="004D0FD6"/>
    <w:rsid w:val="00512D55"/>
    <w:rsid w:val="00547C37"/>
    <w:rsid w:val="005675C5"/>
    <w:rsid w:val="0057298F"/>
    <w:rsid w:val="005C5A31"/>
    <w:rsid w:val="00673618"/>
    <w:rsid w:val="006756AE"/>
    <w:rsid w:val="006F606B"/>
    <w:rsid w:val="007227B0"/>
    <w:rsid w:val="00782A02"/>
    <w:rsid w:val="007A5BC0"/>
    <w:rsid w:val="007D3749"/>
    <w:rsid w:val="00807428"/>
    <w:rsid w:val="00833C8C"/>
    <w:rsid w:val="00871D24"/>
    <w:rsid w:val="00872202"/>
    <w:rsid w:val="0088229B"/>
    <w:rsid w:val="00884DFB"/>
    <w:rsid w:val="008D24DA"/>
    <w:rsid w:val="008E51EC"/>
    <w:rsid w:val="00921020"/>
    <w:rsid w:val="00941258"/>
    <w:rsid w:val="009B7A6A"/>
    <w:rsid w:val="009E303C"/>
    <w:rsid w:val="00A74F18"/>
    <w:rsid w:val="00A871FF"/>
    <w:rsid w:val="00A9138E"/>
    <w:rsid w:val="00AA1D8D"/>
    <w:rsid w:val="00AA718A"/>
    <w:rsid w:val="00B00F55"/>
    <w:rsid w:val="00B01EBE"/>
    <w:rsid w:val="00B47730"/>
    <w:rsid w:val="00B74DA2"/>
    <w:rsid w:val="00B80CF6"/>
    <w:rsid w:val="00BB6284"/>
    <w:rsid w:val="00BD1128"/>
    <w:rsid w:val="00BD3141"/>
    <w:rsid w:val="00BE29CD"/>
    <w:rsid w:val="00C3080F"/>
    <w:rsid w:val="00CB0664"/>
    <w:rsid w:val="00CC3390"/>
    <w:rsid w:val="00D124D8"/>
    <w:rsid w:val="00D44C89"/>
    <w:rsid w:val="00D660CA"/>
    <w:rsid w:val="00D72AED"/>
    <w:rsid w:val="00DC2B08"/>
    <w:rsid w:val="00DC678C"/>
    <w:rsid w:val="00DC7963"/>
    <w:rsid w:val="00DD051D"/>
    <w:rsid w:val="00E21E57"/>
    <w:rsid w:val="00E47990"/>
    <w:rsid w:val="00E92576"/>
    <w:rsid w:val="00EC057E"/>
    <w:rsid w:val="00EC40F8"/>
    <w:rsid w:val="00F11A0A"/>
    <w:rsid w:val="00F15BF1"/>
    <w:rsid w:val="00F41832"/>
    <w:rsid w:val="00F46FC9"/>
    <w:rsid w:val="00F760C4"/>
    <w:rsid w:val="00FC2AC5"/>
    <w:rsid w:val="00FC693F"/>
    <w:rsid w:val="557FA7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5DF69A5-39E5-4793-B8B0-34F87BED5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90D24"/>
    <w:rPr>
      <w:color w:val="0000FF" w:themeColor="hyperlink"/>
      <w:u w:val="single"/>
    </w:rPr>
  </w:style>
  <w:style w:type="character" w:styleId="UnresolvedMention">
    <w:name w:val="Unresolved Mention"/>
    <w:basedOn w:val="DefaultParagraphFont"/>
    <w:uiPriority w:val="99"/>
    <w:semiHidden/>
    <w:unhideWhenUsed/>
    <w:rsid w:val="00190D24"/>
    <w:rPr>
      <w:color w:val="605E5C"/>
      <w:shd w:val="clear" w:color="auto" w:fill="E1DFDD"/>
    </w:rPr>
  </w:style>
  <w:style w:type="paragraph" w:customStyle="1" w:styleId="ContactInformation">
    <w:name w:val="Contact Information"/>
    <w:basedOn w:val="Normal"/>
    <w:link w:val="ContactInformationChar"/>
    <w:qFormat/>
    <w:rsid w:val="00CC3390"/>
    <w:pPr>
      <w:spacing w:after="0" w:line="240" w:lineRule="auto"/>
    </w:pPr>
    <w:rPr>
      <w:rFonts w:ascii="Arial" w:eastAsia="Arial" w:hAnsi="Arial" w:cs="Arial"/>
      <w:color w:val="495965"/>
      <w:kern w:val="2"/>
      <w:sz w:val="18"/>
      <w:szCs w:val="18"/>
      <w:lang w:val="en-CA"/>
      <w14:ligatures w14:val="standardContextual"/>
    </w:rPr>
  </w:style>
  <w:style w:type="character" w:customStyle="1" w:styleId="ContactInformationChar">
    <w:name w:val="Contact Information Char"/>
    <w:basedOn w:val="DefaultParagraphFont"/>
    <w:link w:val="ContactInformation"/>
    <w:rsid w:val="00CC3390"/>
    <w:rPr>
      <w:rFonts w:ascii="Arial" w:eastAsia="Arial" w:hAnsi="Arial" w:cs="Arial"/>
      <w:color w:val="495965"/>
      <w:kern w:val="2"/>
      <w:sz w:val="18"/>
      <w:szCs w:val="18"/>
      <w:lang w:val="en-CA"/>
      <w14:ligatures w14:val="standardContextual"/>
    </w:rPr>
  </w:style>
  <w:style w:type="character" w:customStyle="1" w:styleId="normaltextrun">
    <w:name w:val="normaltextrun"/>
    <w:basedOn w:val="DefaultParagraphFont"/>
    <w:rsid w:val="008E5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ttps://registrar.mcmaster.ca/services/citizenship-updat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hyperlink" Target="https://www.registrar.mcmaster.ca"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440ca7-e50e-4e5d-954e-08ab47194507">
      <Terms xmlns="http://schemas.microsoft.com/office/infopath/2007/PartnerControls"/>
    </lcf76f155ced4ddcb4097134ff3c332f>
    <TaxCatchAll xmlns="06ba8109-2b5f-4e14-b6c1-6b6af65e0e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554A5F3EFA5942BCB0B653AD1C0F65" ma:contentTypeVersion="14" ma:contentTypeDescription="Create a new document." ma:contentTypeScope="" ma:versionID="b83ebc70806b2499a3a1d5bcf808fd5c">
  <xsd:schema xmlns:xsd="http://www.w3.org/2001/XMLSchema" xmlns:xs="http://www.w3.org/2001/XMLSchema" xmlns:p="http://schemas.microsoft.com/office/2006/metadata/properties" xmlns:ns2="8b440ca7-e50e-4e5d-954e-08ab47194507" xmlns:ns3="06ba8109-2b5f-4e14-b6c1-6b6af65e0efe" targetNamespace="http://schemas.microsoft.com/office/2006/metadata/properties" ma:root="true" ma:fieldsID="b6067771a9426cd0a91b97fecb12c4fe" ns2:_="" ns3:_="">
    <xsd:import namespace="8b440ca7-e50e-4e5d-954e-08ab47194507"/>
    <xsd:import namespace="06ba8109-2b5f-4e14-b6c1-6b6af65e0e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40ca7-e50e-4e5d-954e-08ab47194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073764d-e844-48d8-8cbc-d63b9d9528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ba8109-2b5f-4e14-b6c1-6b6af65e0e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a34ea08-0b78-406d-ba63-e39aaaf6c97c}" ma:internalName="TaxCatchAll" ma:showField="CatchAllData" ma:web="06ba8109-2b5f-4e14-b6c1-6b6af65e0e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80840-AD87-4E5A-8CB9-E487AC602159}">
  <ds:schemaRefs>
    <ds:schemaRef ds:uri="http://schemas.microsoft.com/office/2006/metadata/properties"/>
    <ds:schemaRef ds:uri="http://schemas.microsoft.com/office/infopath/2007/PartnerControls"/>
    <ds:schemaRef ds:uri="8b440ca7-e50e-4e5d-954e-08ab47194507"/>
    <ds:schemaRef ds:uri="06ba8109-2b5f-4e14-b6c1-6b6af65e0efe"/>
  </ds:schemaRefs>
</ds:datastoreItem>
</file>

<file path=customXml/itemProps2.xml><?xml version="1.0" encoding="utf-8"?>
<ds:datastoreItem xmlns:ds="http://schemas.openxmlformats.org/officeDocument/2006/customXml" ds:itemID="{B3233280-D75A-4BBA-981F-9047222675A4}">
  <ds:schemaRefs>
    <ds:schemaRef ds:uri="http://schemas.microsoft.com/sharepoint/v3/contenttype/forms"/>
  </ds:schemaRefs>
</ds:datastoreItem>
</file>

<file path=customXml/itemProps3.xml><?xml version="1.0" encoding="utf-8"?>
<ds:datastoreItem xmlns:ds="http://schemas.openxmlformats.org/officeDocument/2006/customXml" ds:itemID="{F6AA046B-3155-45A5-9AC0-9FC05A9FD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40ca7-e50e-4e5d-954e-08ab47194507"/>
    <ds:schemaRef ds:uri="06ba8109-2b5f-4e14-b6c1-6b6af65e0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Office</vt:lpstr>
    </vt:vector>
  </TitlesOfParts>
  <Manager/>
  <Company/>
  <LinksUpToDate>false</LinksUpToDate>
  <CharactersWithSpaces>4633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dc:title>
  <dc:subject/>
  <dc:creator>Christine Chauvin</dc:creator>
  <cp:keywords/>
  <dc:description>generated by python-docx</dc:description>
  <cp:lastModifiedBy>Christine Chauvin</cp:lastModifiedBy>
  <cp:revision>3</cp:revision>
  <dcterms:created xsi:type="dcterms:W3CDTF">2026-07-20T13:14:00Z</dcterms:created>
  <dcterms:modified xsi:type="dcterms:W3CDTF">2026-07-20T13:29:00Z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0x010100F5554A5F3EFA5942BCB0B653AD1C0F65</vt:lpwstr>
  </property>
  <property fmtid="{D5CDD505-2E9C-101B-9397-08002B2CF9AE}" pid="3" name="MediaServiceImageTags">
    <vt:lpwstr/>
  </property>
</Properties>
</file>